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34B20" w14:textId="77777777" w:rsidR="00A1400F" w:rsidRPr="0046075B" w:rsidRDefault="00000000">
      <w:pPr>
        <w:jc w:val="center"/>
        <w:rPr>
          <w:lang w:val="es-MX"/>
        </w:rPr>
      </w:pPr>
      <w:r w:rsidRPr="0046075B">
        <w:rPr>
          <w:b/>
          <w:sz w:val="36"/>
          <w:lang w:val="es-MX"/>
        </w:rPr>
        <w:t>PROYECTO EJECUTIVO – AGRO5</w:t>
      </w:r>
    </w:p>
    <w:p w14:paraId="5855EAFB" w14:textId="77777777" w:rsidR="00A1400F" w:rsidRPr="0046075B" w:rsidRDefault="00A1400F">
      <w:pPr>
        <w:rPr>
          <w:lang w:val="es-MX"/>
        </w:rPr>
      </w:pPr>
    </w:p>
    <w:p w14:paraId="73248FCC" w14:textId="77777777" w:rsidR="00A1400F" w:rsidRPr="0046075B" w:rsidRDefault="00000000">
      <w:pPr>
        <w:pStyle w:val="Ttulo1"/>
        <w:rPr>
          <w:lang w:val="es-MX"/>
        </w:rPr>
      </w:pPr>
      <w:r w:rsidRPr="0046075B">
        <w:rPr>
          <w:lang w:val="es-MX"/>
        </w:rPr>
        <w:t>1. RESUMEN EJECUTIVO</w:t>
      </w:r>
    </w:p>
    <w:p w14:paraId="5CAD8589" w14:textId="77777777" w:rsidR="00A1400F" w:rsidRPr="0046075B" w:rsidRDefault="00000000">
      <w:pPr>
        <w:rPr>
          <w:lang w:val="es-MX"/>
        </w:rPr>
      </w:pPr>
      <w:r w:rsidRPr="0046075B">
        <w:rPr>
          <w:lang w:val="es-MX"/>
        </w:rPr>
        <w:t xml:space="preserve">AGRO5 es una plataforma digital que conecta productores agrícolas, talleres rurales, refaccionarias, fabricantes de equipos y prestadores de servicios del sector agroindustrial en un solo ecosistema digital. Su objetivo es reducir tiempos muertos, aumentar la eficiencia operativa y generar confianza en la </w:t>
      </w:r>
      <w:proofErr w:type="gramStart"/>
      <w:r w:rsidRPr="0046075B">
        <w:rPr>
          <w:lang w:val="es-MX"/>
        </w:rPr>
        <w:t>compra-venta</w:t>
      </w:r>
      <w:proofErr w:type="gramEnd"/>
      <w:r w:rsidRPr="0046075B">
        <w:rPr>
          <w:lang w:val="es-MX"/>
        </w:rPr>
        <w:t xml:space="preserve"> de refacciones, implementos y servicios, iniciando con un modelo ligero, validable y </w:t>
      </w:r>
      <w:proofErr w:type="spellStart"/>
      <w:r w:rsidRPr="0046075B">
        <w:rPr>
          <w:lang w:val="es-MX"/>
        </w:rPr>
        <w:t>monetizable</w:t>
      </w:r>
      <w:proofErr w:type="spellEnd"/>
      <w:r w:rsidRPr="0046075B">
        <w:rPr>
          <w:lang w:val="es-MX"/>
        </w:rPr>
        <w:t xml:space="preserve"> desde el día uno.</w:t>
      </w:r>
    </w:p>
    <w:p w14:paraId="07E8BF80" w14:textId="77777777" w:rsidR="00A1400F" w:rsidRPr="0046075B" w:rsidRDefault="00000000">
      <w:pPr>
        <w:pStyle w:val="Ttulo2"/>
        <w:rPr>
          <w:lang w:val="es-MX"/>
        </w:rPr>
      </w:pPr>
      <w:r w:rsidRPr="0046075B">
        <w:rPr>
          <w:lang w:val="es-MX"/>
        </w:rPr>
        <w:t>1.1 Problema que resuelve AGRO5</w:t>
      </w:r>
    </w:p>
    <w:p w14:paraId="0707461A" w14:textId="77777777" w:rsidR="00A1400F" w:rsidRPr="0046075B" w:rsidRDefault="00000000">
      <w:pPr>
        <w:rPr>
          <w:lang w:val="es-MX"/>
        </w:rPr>
      </w:pPr>
      <w:r w:rsidRPr="0046075B">
        <w:rPr>
          <w:lang w:val="es-MX"/>
        </w:rPr>
        <w:t>El sector agroindustrial enfrenta una fuerte fragmentación en la compra y venta de refacciones, maquinaria y servicios. Actualmente, los actores del agro pierden tiempo y dinero debido a:</w:t>
      </w:r>
    </w:p>
    <w:p w14:paraId="3D191A8E" w14:textId="77777777" w:rsidR="00A1400F" w:rsidRPr="0046075B" w:rsidRDefault="00000000">
      <w:pPr>
        <w:pStyle w:val="Listaconvietas"/>
        <w:rPr>
          <w:lang w:val="es-MX"/>
        </w:rPr>
      </w:pPr>
      <w:r w:rsidRPr="0046075B">
        <w:rPr>
          <w:lang w:val="es-MX"/>
        </w:rPr>
        <w:t>Falta de información técnica clara en las publicaciones.</w:t>
      </w:r>
    </w:p>
    <w:p w14:paraId="071C7B87" w14:textId="77777777" w:rsidR="00A1400F" w:rsidRPr="0046075B" w:rsidRDefault="00000000">
      <w:pPr>
        <w:pStyle w:val="Listaconvietas"/>
        <w:rPr>
          <w:lang w:val="es-MX"/>
        </w:rPr>
      </w:pPr>
      <w:r w:rsidRPr="0046075B">
        <w:rPr>
          <w:lang w:val="es-MX"/>
        </w:rPr>
        <w:t>Proveedores dispersos y difíciles de verificar.</w:t>
      </w:r>
    </w:p>
    <w:p w14:paraId="6ABB9786" w14:textId="77777777" w:rsidR="00A1400F" w:rsidRPr="0046075B" w:rsidRDefault="00000000">
      <w:pPr>
        <w:pStyle w:val="Listaconvietas"/>
        <w:rPr>
          <w:lang w:val="es-MX"/>
        </w:rPr>
      </w:pPr>
      <w:r w:rsidRPr="0046075B">
        <w:rPr>
          <w:lang w:val="es-MX"/>
        </w:rPr>
        <w:t>Uso excesivo de llamadas, mensajes y contactos informales.</w:t>
      </w:r>
    </w:p>
    <w:p w14:paraId="39B0D356" w14:textId="77777777" w:rsidR="00A1400F" w:rsidRPr="0046075B" w:rsidRDefault="00000000">
      <w:pPr>
        <w:pStyle w:val="Listaconvietas"/>
        <w:rPr>
          <w:lang w:val="es-MX"/>
        </w:rPr>
      </w:pPr>
      <w:r w:rsidRPr="0046075B">
        <w:rPr>
          <w:lang w:val="es-MX"/>
        </w:rPr>
        <w:t>Desconfianza en operaciones a distancia.</w:t>
      </w:r>
    </w:p>
    <w:p w14:paraId="4FA8540C" w14:textId="77777777" w:rsidR="00A1400F" w:rsidRPr="0046075B" w:rsidRDefault="00000000">
      <w:pPr>
        <w:pStyle w:val="Listaconvietas"/>
        <w:rPr>
          <w:lang w:val="es-MX"/>
        </w:rPr>
      </w:pPr>
      <w:r w:rsidRPr="0046075B">
        <w:rPr>
          <w:lang w:val="es-MX"/>
        </w:rPr>
        <w:t>Ausencia de una plataforma especializada que concentre oferta y demanda.</w:t>
      </w:r>
    </w:p>
    <w:p w14:paraId="07AD26FB" w14:textId="77777777" w:rsidR="00A1400F" w:rsidRPr="0046075B" w:rsidRDefault="00000000">
      <w:pPr>
        <w:rPr>
          <w:lang w:val="es-MX"/>
        </w:rPr>
      </w:pPr>
      <w:r w:rsidRPr="0046075B">
        <w:rPr>
          <w:lang w:val="es-MX"/>
        </w:rPr>
        <w:t xml:space="preserve">AGRO5 nace para centralizar esta operación, reducir fricciones y profesionalizar la </w:t>
      </w:r>
      <w:proofErr w:type="gramStart"/>
      <w:r w:rsidRPr="0046075B">
        <w:rPr>
          <w:lang w:val="es-MX"/>
        </w:rPr>
        <w:t>compra-venta</w:t>
      </w:r>
      <w:proofErr w:type="gramEnd"/>
      <w:r w:rsidRPr="0046075B">
        <w:rPr>
          <w:lang w:val="es-MX"/>
        </w:rPr>
        <w:t xml:space="preserve"> en el sector agro.</w:t>
      </w:r>
    </w:p>
    <w:p w14:paraId="18BD1DC3" w14:textId="77777777" w:rsidR="00A1400F" w:rsidRPr="0046075B" w:rsidRDefault="00000000">
      <w:pPr>
        <w:pStyle w:val="Ttulo1"/>
        <w:rPr>
          <w:lang w:val="es-MX"/>
        </w:rPr>
      </w:pPr>
      <w:r w:rsidRPr="0046075B">
        <w:rPr>
          <w:lang w:val="es-MX"/>
        </w:rPr>
        <w:t>2. DESCRIPCIÓN DEL NEGOCIO</w:t>
      </w:r>
    </w:p>
    <w:p w14:paraId="2A2B8C9F" w14:textId="77777777" w:rsidR="00A1400F" w:rsidRPr="0046075B" w:rsidRDefault="00000000">
      <w:pPr>
        <w:rPr>
          <w:lang w:val="es-MX"/>
        </w:rPr>
      </w:pPr>
      <w:r w:rsidRPr="0046075B">
        <w:rPr>
          <w:lang w:val="es-MX"/>
        </w:rPr>
        <w:t>Misión: Conectar de forma rápida y confiable a los actores del agro.</w:t>
      </w:r>
    </w:p>
    <w:p w14:paraId="63BE6DE0" w14:textId="77777777" w:rsidR="00A1400F" w:rsidRPr="0046075B" w:rsidRDefault="00000000">
      <w:pPr>
        <w:rPr>
          <w:lang w:val="es-MX"/>
        </w:rPr>
      </w:pPr>
      <w:r w:rsidRPr="0046075B">
        <w:rPr>
          <w:lang w:val="es-MX"/>
        </w:rPr>
        <w:t xml:space="preserve">Visión: Ser el </w:t>
      </w:r>
      <w:proofErr w:type="spellStart"/>
      <w:r w:rsidRPr="0046075B">
        <w:rPr>
          <w:lang w:val="es-MX"/>
        </w:rPr>
        <w:t>marketplace</w:t>
      </w:r>
      <w:proofErr w:type="spellEnd"/>
      <w:r w:rsidRPr="0046075B">
        <w:rPr>
          <w:lang w:val="es-MX"/>
        </w:rPr>
        <w:t xml:space="preserve"> agroindustrial líder en México.</w:t>
      </w:r>
    </w:p>
    <w:p w14:paraId="1B8A1A78" w14:textId="77777777" w:rsidR="00A1400F" w:rsidRPr="0046075B" w:rsidRDefault="00000000">
      <w:pPr>
        <w:rPr>
          <w:lang w:val="es-MX"/>
        </w:rPr>
      </w:pPr>
      <w:r w:rsidRPr="0046075B">
        <w:rPr>
          <w:lang w:val="es-MX"/>
        </w:rPr>
        <w:t>Valores: Confianza, rapidez, servicio real, calidad técnica y crecimiento colaborativo.</w:t>
      </w:r>
    </w:p>
    <w:p w14:paraId="1C263D3F" w14:textId="77777777" w:rsidR="00A1400F" w:rsidRPr="0046075B" w:rsidRDefault="00000000">
      <w:pPr>
        <w:pStyle w:val="Ttulo1"/>
        <w:rPr>
          <w:lang w:val="es-MX"/>
        </w:rPr>
      </w:pPr>
      <w:r w:rsidRPr="0046075B">
        <w:rPr>
          <w:lang w:val="es-MX"/>
        </w:rPr>
        <w:t>3. ANÁLISIS DE MERCADO</w:t>
      </w:r>
    </w:p>
    <w:p w14:paraId="02085097" w14:textId="77777777" w:rsidR="00A1400F" w:rsidRPr="0046075B" w:rsidRDefault="00000000">
      <w:pPr>
        <w:rPr>
          <w:lang w:val="es-MX"/>
        </w:rPr>
      </w:pPr>
      <w:r w:rsidRPr="0046075B">
        <w:rPr>
          <w:lang w:val="es-MX"/>
        </w:rPr>
        <w:t>El mercado agroindustrial es amplio, fragmentado y con alta recurrencia de compra, especialmente en refacciones, maquinaria usada y servicios técnicos.</w:t>
      </w:r>
    </w:p>
    <w:p w14:paraId="140854E6" w14:textId="77777777" w:rsidR="00A1400F" w:rsidRPr="0046075B" w:rsidRDefault="00000000">
      <w:pPr>
        <w:rPr>
          <w:lang w:val="es-MX"/>
        </w:rPr>
      </w:pPr>
      <w:r w:rsidRPr="0046075B">
        <w:rPr>
          <w:lang w:val="es-MX"/>
        </w:rPr>
        <w:t xml:space="preserve">Competidores de referencia: Agrofy (Argentina), </w:t>
      </w:r>
      <w:proofErr w:type="spellStart"/>
      <w:r w:rsidRPr="0046075B">
        <w:rPr>
          <w:lang w:val="es-MX"/>
        </w:rPr>
        <w:t>Agriaffaires</w:t>
      </w:r>
      <w:proofErr w:type="spellEnd"/>
      <w:r w:rsidRPr="0046075B">
        <w:rPr>
          <w:lang w:val="es-MX"/>
        </w:rPr>
        <w:t xml:space="preserve"> (Europa), Mercado Libre (</w:t>
      </w:r>
      <w:proofErr w:type="gramStart"/>
      <w:r w:rsidRPr="0046075B">
        <w:rPr>
          <w:lang w:val="es-MX"/>
        </w:rPr>
        <w:t>categoría agro</w:t>
      </w:r>
      <w:proofErr w:type="gramEnd"/>
      <w:r w:rsidRPr="0046075B">
        <w:rPr>
          <w:lang w:val="es-MX"/>
        </w:rPr>
        <w:t>) y FBN (EE. UU.).</w:t>
      </w:r>
    </w:p>
    <w:p w14:paraId="1EADBD32" w14:textId="77777777" w:rsidR="00A1400F" w:rsidRPr="0046075B" w:rsidRDefault="00000000">
      <w:pPr>
        <w:rPr>
          <w:lang w:val="es-MX"/>
        </w:rPr>
      </w:pPr>
      <w:r w:rsidRPr="0046075B">
        <w:rPr>
          <w:lang w:val="es-MX"/>
        </w:rPr>
        <w:t>Ventaja competitiva de AGRO5: enfoque especializado en agro, verificación progresiva, rapidez de contacto y compatibilidad técnica real.</w:t>
      </w:r>
    </w:p>
    <w:p w14:paraId="0A3FF624" w14:textId="77777777" w:rsidR="00A1400F" w:rsidRPr="0046075B" w:rsidRDefault="00000000">
      <w:pPr>
        <w:pStyle w:val="Ttulo2"/>
        <w:rPr>
          <w:lang w:val="es-MX"/>
        </w:rPr>
      </w:pPr>
      <w:r w:rsidRPr="0046075B">
        <w:rPr>
          <w:lang w:val="es-MX"/>
        </w:rPr>
        <w:lastRenderedPageBreak/>
        <w:t>Usuario objetivo prioritario – Etapa 1</w:t>
      </w:r>
    </w:p>
    <w:p w14:paraId="52D287C9" w14:textId="77777777" w:rsidR="00A1400F" w:rsidRPr="0046075B" w:rsidRDefault="00000000">
      <w:pPr>
        <w:rPr>
          <w:lang w:val="es-MX"/>
        </w:rPr>
      </w:pPr>
      <w:r w:rsidRPr="0046075B">
        <w:rPr>
          <w:lang w:val="es-MX"/>
        </w:rPr>
        <w:t>Durante la Etapa 1, AGRO5 se enfocará principalmente en:</w:t>
      </w:r>
    </w:p>
    <w:p w14:paraId="71B01983" w14:textId="53235D72" w:rsidR="00A1400F" w:rsidRDefault="0046075B">
      <w:pPr>
        <w:pStyle w:val="Listaconvietas"/>
      </w:pPr>
      <w:proofErr w:type="spellStart"/>
      <w:proofErr w:type="gramStart"/>
      <w:r>
        <w:t>Fabricantes</w:t>
      </w:r>
      <w:proofErr w:type="spellEnd"/>
      <w:proofErr w:type="gramEnd"/>
      <w:r>
        <w:t xml:space="preserve"> locales</w:t>
      </w:r>
    </w:p>
    <w:p w14:paraId="0BCF9B39" w14:textId="77777777" w:rsidR="00A1400F" w:rsidRDefault="00000000">
      <w:pPr>
        <w:pStyle w:val="Listaconvietas"/>
      </w:pPr>
      <w:r>
        <w:t>Refaccionarias locales y regionales</w:t>
      </w:r>
    </w:p>
    <w:p w14:paraId="36828B16" w14:textId="77777777" w:rsidR="00A1400F" w:rsidRPr="0046075B" w:rsidRDefault="00000000">
      <w:pPr>
        <w:pStyle w:val="Listaconvietas"/>
        <w:rPr>
          <w:lang w:val="es-MX"/>
        </w:rPr>
      </w:pPr>
      <w:r w:rsidRPr="0046075B">
        <w:rPr>
          <w:lang w:val="es-MX"/>
        </w:rPr>
        <w:t>Proveedores de maquinaria usada y seminueva</w:t>
      </w:r>
    </w:p>
    <w:p w14:paraId="491E995E" w14:textId="77777777" w:rsidR="00A1400F" w:rsidRPr="0046075B" w:rsidRDefault="00000000">
      <w:pPr>
        <w:rPr>
          <w:lang w:val="es-MX"/>
        </w:rPr>
      </w:pPr>
      <w:r w:rsidRPr="0046075B">
        <w:rPr>
          <w:lang w:val="es-MX"/>
        </w:rPr>
        <w:t>Estos usuarios tienen alta necesidad de visibilidad, recurrencia de publicación y disposición a pagar por posicionamiento, lo que permite validar el modelo desde el inicio.</w:t>
      </w:r>
    </w:p>
    <w:p w14:paraId="35EE84D7" w14:textId="77777777" w:rsidR="00A1400F" w:rsidRPr="0046075B" w:rsidRDefault="00000000">
      <w:pPr>
        <w:rPr>
          <w:lang w:val="es-MX"/>
        </w:rPr>
      </w:pPr>
      <w:r w:rsidRPr="0046075B">
        <w:rPr>
          <w:lang w:val="es-MX"/>
        </w:rPr>
        <w:t>Los productores agrícolas finales se integrarán de forma progresiva conforme crezca la oferta y la confianza en la plataforma.</w:t>
      </w:r>
    </w:p>
    <w:p w14:paraId="1A6AEFD8" w14:textId="77777777" w:rsidR="00A1400F" w:rsidRPr="0046075B" w:rsidRDefault="00000000">
      <w:pPr>
        <w:pStyle w:val="Ttulo1"/>
        <w:rPr>
          <w:lang w:val="es-MX"/>
        </w:rPr>
      </w:pPr>
      <w:r w:rsidRPr="0046075B">
        <w:rPr>
          <w:lang w:val="es-MX"/>
        </w:rPr>
        <w:t>4. ORGANIZACIÓN Y GESTIÓN</w:t>
      </w:r>
    </w:p>
    <w:p w14:paraId="137FECBD" w14:textId="77777777" w:rsidR="00A1400F" w:rsidRPr="0046075B" w:rsidRDefault="00000000">
      <w:pPr>
        <w:rPr>
          <w:lang w:val="es-MX"/>
        </w:rPr>
      </w:pPr>
      <w:r w:rsidRPr="0046075B">
        <w:rPr>
          <w:lang w:val="es-MX"/>
        </w:rPr>
        <w:t>AGRO5 iniciará operaciones con una estructura mínima de dos líderes, diseñada para optimizar recursos y mantener control total durante la validación inicial.</w:t>
      </w:r>
    </w:p>
    <w:p w14:paraId="2DA9DC23" w14:textId="77777777" w:rsidR="00A1400F" w:rsidRPr="0046075B" w:rsidRDefault="00000000">
      <w:pPr>
        <w:rPr>
          <w:lang w:val="es-MX"/>
        </w:rPr>
      </w:pPr>
      <w:r w:rsidRPr="0046075B">
        <w:rPr>
          <w:lang w:val="es-MX"/>
        </w:rPr>
        <w:t>Director General y Operación (CEO): responsable de la visión estratégica, modelo de negocio, validación de proveedores, operación diaria, atención de incidencias, alianzas estratégicas e inversionistas.</w:t>
      </w:r>
    </w:p>
    <w:p w14:paraId="686EFD82" w14:textId="77777777" w:rsidR="00A1400F" w:rsidRPr="0046075B" w:rsidRDefault="00000000">
      <w:pPr>
        <w:rPr>
          <w:lang w:val="es-MX"/>
        </w:rPr>
      </w:pPr>
      <w:r w:rsidRPr="0046075B">
        <w:rPr>
          <w:lang w:val="es-MX"/>
        </w:rPr>
        <w:t>Director de Tecnología (CTO): responsable del diseño, desarrollo, mantenimiento de la plataforma, soporte técnico, escalabilidad, automatización y seguridad de la información.</w:t>
      </w:r>
    </w:p>
    <w:p w14:paraId="0500596B" w14:textId="77777777" w:rsidR="00A1400F" w:rsidRDefault="00000000">
      <w:pPr>
        <w:pStyle w:val="Ttulo1"/>
      </w:pPr>
      <w:r>
        <w:t>5. ESTRATEGIA DE MARKETING Y VENTAS</w:t>
      </w:r>
    </w:p>
    <w:p w14:paraId="797314A4" w14:textId="77777777" w:rsidR="00A1400F" w:rsidRPr="0046075B" w:rsidRDefault="00000000">
      <w:pPr>
        <w:pStyle w:val="Listaconvietas"/>
        <w:rPr>
          <w:lang w:val="es-MX"/>
        </w:rPr>
      </w:pPr>
      <w:r w:rsidRPr="0046075B">
        <w:rPr>
          <w:lang w:val="es-MX"/>
        </w:rPr>
        <w:t>Adquisición mediante contenido, redes sociales, WhatsApp Business y alianzas regionales.</w:t>
      </w:r>
    </w:p>
    <w:p w14:paraId="4EEBCF50" w14:textId="77777777" w:rsidR="00A1400F" w:rsidRPr="0046075B" w:rsidRDefault="00000000">
      <w:pPr>
        <w:pStyle w:val="Listaconvietas"/>
        <w:rPr>
          <w:lang w:val="es-MX"/>
        </w:rPr>
      </w:pPr>
      <w:r w:rsidRPr="0046075B">
        <w:rPr>
          <w:lang w:val="es-MX"/>
        </w:rPr>
        <w:t>Construcción de comunidad dentro de la plataforma.</w:t>
      </w:r>
    </w:p>
    <w:p w14:paraId="477D1417" w14:textId="77777777" w:rsidR="00A1400F" w:rsidRPr="0046075B" w:rsidRDefault="00000000">
      <w:pPr>
        <w:pStyle w:val="Listaconvietas"/>
        <w:rPr>
          <w:lang w:val="es-MX"/>
        </w:rPr>
      </w:pPr>
      <w:r w:rsidRPr="0046075B">
        <w:rPr>
          <w:lang w:val="es-MX"/>
        </w:rPr>
        <w:t>Monetización mediante publicidad, publicaciones destacadas, comisiones y suscripciones por niveles.</w:t>
      </w:r>
    </w:p>
    <w:p w14:paraId="2478A301" w14:textId="77777777" w:rsidR="00A1400F" w:rsidRPr="0046075B" w:rsidRDefault="00000000">
      <w:pPr>
        <w:pStyle w:val="Ttulo1"/>
        <w:rPr>
          <w:lang w:val="es-MX"/>
        </w:rPr>
      </w:pPr>
      <w:r w:rsidRPr="0046075B">
        <w:rPr>
          <w:lang w:val="es-MX"/>
        </w:rPr>
        <w:t>6. PLAN DE OPERACIONES</w:t>
      </w:r>
    </w:p>
    <w:p w14:paraId="43121F60" w14:textId="77777777" w:rsidR="00A1400F" w:rsidRPr="0046075B" w:rsidRDefault="00000000">
      <w:pPr>
        <w:rPr>
          <w:lang w:val="es-MX"/>
        </w:rPr>
      </w:pPr>
      <w:r w:rsidRPr="0046075B">
        <w:rPr>
          <w:lang w:val="es-MX"/>
        </w:rPr>
        <w:t>Operación inicial con base en Cd. Valles (validación de mercado) y soporte tecnológico en Cd. Victoria. Verificación progresiva de proveedores y talleres iniciando en Cd. Valles y alrededores como sede piloto para validación de mercado.</w:t>
      </w:r>
    </w:p>
    <w:p w14:paraId="294A80B1" w14:textId="77777777" w:rsidR="00A1400F" w:rsidRDefault="00000000">
      <w:pPr>
        <w:pStyle w:val="Ttulo2"/>
      </w:pPr>
      <w:proofErr w:type="spellStart"/>
      <w:r>
        <w:t>Flujo</w:t>
      </w:r>
      <w:proofErr w:type="spellEnd"/>
      <w:r>
        <w:t xml:space="preserve"> </w:t>
      </w:r>
      <w:proofErr w:type="spellStart"/>
      <w:r>
        <w:t>operativo</w:t>
      </w:r>
      <w:proofErr w:type="spellEnd"/>
      <w:r>
        <w:t xml:space="preserve"> </w:t>
      </w:r>
      <w:proofErr w:type="spellStart"/>
      <w:r>
        <w:t>inicial</w:t>
      </w:r>
      <w:proofErr w:type="spellEnd"/>
      <w:r>
        <w:t xml:space="preserve"> – Etapa 1</w:t>
      </w:r>
    </w:p>
    <w:p w14:paraId="2A37BF79" w14:textId="77777777" w:rsidR="00A1400F" w:rsidRPr="0046075B" w:rsidRDefault="00000000">
      <w:pPr>
        <w:pStyle w:val="Listaconnmeros"/>
        <w:rPr>
          <w:lang w:val="es-MX"/>
        </w:rPr>
      </w:pPr>
      <w:r w:rsidRPr="0046075B">
        <w:rPr>
          <w:lang w:val="es-MX"/>
        </w:rPr>
        <w:t>El vendedor se registra en la plataforma.</w:t>
      </w:r>
    </w:p>
    <w:p w14:paraId="37B94F23" w14:textId="77777777" w:rsidR="00A1400F" w:rsidRPr="0046075B" w:rsidRDefault="00000000">
      <w:pPr>
        <w:pStyle w:val="Listaconnmeros"/>
        <w:rPr>
          <w:lang w:val="es-MX"/>
        </w:rPr>
      </w:pPr>
      <w:r w:rsidRPr="0046075B">
        <w:rPr>
          <w:lang w:val="es-MX"/>
        </w:rPr>
        <w:t xml:space="preserve">El </w:t>
      </w:r>
      <w:proofErr w:type="gramStart"/>
      <w:r w:rsidRPr="0046075B">
        <w:rPr>
          <w:lang w:val="es-MX"/>
        </w:rPr>
        <w:t>Director General</w:t>
      </w:r>
      <w:proofErr w:type="gramEnd"/>
      <w:r w:rsidRPr="0046075B">
        <w:rPr>
          <w:lang w:val="es-MX"/>
        </w:rPr>
        <w:t xml:space="preserve"> valida el perfil.</w:t>
      </w:r>
    </w:p>
    <w:p w14:paraId="5B1DC4CF" w14:textId="77777777" w:rsidR="00A1400F" w:rsidRPr="0046075B" w:rsidRDefault="00000000">
      <w:pPr>
        <w:pStyle w:val="Listaconnmeros"/>
        <w:rPr>
          <w:lang w:val="es-MX"/>
        </w:rPr>
      </w:pPr>
      <w:r w:rsidRPr="0046075B">
        <w:rPr>
          <w:lang w:val="es-MX"/>
        </w:rPr>
        <w:t>El vendedor publica su producto o servicio.</w:t>
      </w:r>
    </w:p>
    <w:p w14:paraId="201423E6" w14:textId="77777777" w:rsidR="00A1400F" w:rsidRPr="0046075B" w:rsidRDefault="00000000">
      <w:pPr>
        <w:pStyle w:val="Listaconnmeros"/>
        <w:rPr>
          <w:lang w:val="es-MX"/>
        </w:rPr>
      </w:pPr>
      <w:r w:rsidRPr="0046075B">
        <w:rPr>
          <w:lang w:val="es-MX"/>
        </w:rPr>
        <w:t>La IA sugiere mejoras de redacción y datos técnicos.</w:t>
      </w:r>
    </w:p>
    <w:p w14:paraId="3FB1FB35" w14:textId="77777777" w:rsidR="00A1400F" w:rsidRPr="0046075B" w:rsidRDefault="00000000">
      <w:pPr>
        <w:pStyle w:val="Listaconnmeros"/>
        <w:rPr>
          <w:lang w:val="es-MX"/>
        </w:rPr>
      </w:pPr>
      <w:r w:rsidRPr="0046075B">
        <w:rPr>
          <w:lang w:val="es-MX"/>
        </w:rPr>
        <w:t>El comprador contacta directamente al vendedor (chat o WhatsApp).</w:t>
      </w:r>
    </w:p>
    <w:p w14:paraId="29FEF320" w14:textId="77777777" w:rsidR="00A1400F" w:rsidRPr="0046075B" w:rsidRDefault="00000000">
      <w:pPr>
        <w:pStyle w:val="Listaconnmeros"/>
        <w:rPr>
          <w:lang w:val="es-MX"/>
        </w:rPr>
      </w:pPr>
      <w:r w:rsidRPr="0046075B">
        <w:rPr>
          <w:lang w:val="es-MX"/>
        </w:rPr>
        <w:lastRenderedPageBreak/>
        <w:t>La transacción ocurre fuera de la plataforma.</w:t>
      </w:r>
    </w:p>
    <w:p w14:paraId="34C1E86B" w14:textId="77777777" w:rsidR="00A1400F" w:rsidRPr="0046075B" w:rsidRDefault="00000000">
      <w:pPr>
        <w:pStyle w:val="Listaconnmeros"/>
        <w:rPr>
          <w:lang w:val="es-MX"/>
        </w:rPr>
      </w:pPr>
      <w:r w:rsidRPr="0046075B">
        <w:rPr>
          <w:lang w:val="es-MX"/>
        </w:rPr>
        <w:t>AGRO5 monetiza por publicidad, destacados o comisión.</w:t>
      </w:r>
    </w:p>
    <w:p w14:paraId="0DFE29E4" w14:textId="77777777" w:rsidR="00A1400F" w:rsidRPr="0046075B" w:rsidRDefault="00000000">
      <w:pPr>
        <w:pStyle w:val="Listaconnmeros"/>
        <w:rPr>
          <w:lang w:val="es-MX"/>
        </w:rPr>
      </w:pPr>
      <w:r w:rsidRPr="0046075B">
        <w:rPr>
          <w:lang w:val="es-MX"/>
        </w:rPr>
        <w:t xml:space="preserve">Incidencias atendidas directamente por el </w:t>
      </w:r>
      <w:proofErr w:type="gramStart"/>
      <w:r w:rsidRPr="0046075B">
        <w:rPr>
          <w:lang w:val="es-MX"/>
        </w:rPr>
        <w:t>Director General</w:t>
      </w:r>
      <w:proofErr w:type="gramEnd"/>
      <w:r w:rsidRPr="0046075B">
        <w:rPr>
          <w:lang w:val="es-MX"/>
        </w:rPr>
        <w:t>.</w:t>
      </w:r>
    </w:p>
    <w:p w14:paraId="6A99BB36" w14:textId="77777777" w:rsidR="00A1400F" w:rsidRPr="0046075B" w:rsidRDefault="00000000">
      <w:pPr>
        <w:pStyle w:val="Ttulo2"/>
        <w:rPr>
          <w:lang w:val="es-MX"/>
        </w:rPr>
      </w:pPr>
      <w:r w:rsidRPr="0046075B">
        <w:rPr>
          <w:lang w:val="es-MX"/>
        </w:rPr>
        <w:t>Política de verificación inicial</w:t>
      </w:r>
    </w:p>
    <w:p w14:paraId="26AFE6FA" w14:textId="25F0EBF4" w:rsidR="00A1400F" w:rsidRPr="0046075B" w:rsidRDefault="00000000">
      <w:pPr>
        <w:rPr>
          <w:lang w:val="es-MX"/>
        </w:rPr>
      </w:pPr>
      <w:r w:rsidRPr="0046075B">
        <w:rPr>
          <w:lang w:val="es-MX"/>
        </w:rPr>
        <w:t>AGRO5 aplicará una verificación básica para generar confianza sin frenar la operación:</w:t>
      </w:r>
    </w:p>
    <w:p w14:paraId="453CCEED" w14:textId="77777777" w:rsidR="00A1400F" w:rsidRPr="0046075B" w:rsidRDefault="00000000">
      <w:pPr>
        <w:pStyle w:val="Listaconvietas"/>
        <w:rPr>
          <w:lang w:val="es-MX"/>
        </w:rPr>
      </w:pPr>
      <w:r w:rsidRPr="0046075B">
        <w:rPr>
          <w:lang w:val="es-MX"/>
        </w:rPr>
        <w:t>Validación de datos de contacto.</w:t>
      </w:r>
    </w:p>
    <w:p w14:paraId="48DB2639" w14:textId="77777777" w:rsidR="00A1400F" w:rsidRDefault="00000000">
      <w:pPr>
        <w:pStyle w:val="Listaconvietas"/>
      </w:pPr>
      <w:proofErr w:type="spellStart"/>
      <w:r>
        <w:t>Revisión</w:t>
      </w:r>
      <w:proofErr w:type="spellEnd"/>
      <w:r>
        <w:t xml:space="preserve"> </w:t>
      </w:r>
      <w:proofErr w:type="spellStart"/>
      <w:r>
        <w:t>básica</w:t>
      </w:r>
      <w:proofErr w:type="spellEnd"/>
      <w:r>
        <w:t xml:space="preserve"> de </w:t>
      </w:r>
      <w:proofErr w:type="spellStart"/>
      <w:r>
        <w:t>documentación</w:t>
      </w:r>
      <w:proofErr w:type="spellEnd"/>
      <w:r>
        <w:t>.</w:t>
      </w:r>
    </w:p>
    <w:p w14:paraId="1A564787" w14:textId="77777777" w:rsidR="00A1400F" w:rsidRPr="0046075B" w:rsidRDefault="00000000">
      <w:pPr>
        <w:pStyle w:val="Listaconvietas"/>
        <w:rPr>
          <w:lang w:val="es-MX"/>
        </w:rPr>
      </w:pPr>
      <w:r w:rsidRPr="0046075B">
        <w:rPr>
          <w:lang w:val="es-MX"/>
        </w:rPr>
        <w:t>Revisión manual de publicaciones de maquinaria pesada.</w:t>
      </w:r>
    </w:p>
    <w:p w14:paraId="7B02D251" w14:textId="77777777" w:rsidR="00A1400F" w:rsidRPr="0046075B" w:rsidRDefault="00000000">
      <w:pPr>
        <w:rPr>
          <w:lang w:val="es-MX"/>
        </w:rPr>
      </w:pPr>
      <w:r w:rsidRPr="0046075B">
        <w:rPr>
          <w:lang w:val="es-MX"/>
        </w:rPr>
        <w:t>AGRO5 no garantiza operaciones ni estados del producto en Etapa 1. Las verificaciones avanzadas se integrarán en etapas posteriores.</w:t>
      </w:r>
    </w:p>
    <w:p w14:paraId="364B6A2F" w14:textId="77777777" w:rsidR="00A1400F" w:rsidRPr="0046075B" w:rsidRDefault="00000000">
      <w:pPr>
        <w:pStyle w:val="Ttulo1"/>
        <w:rPr>
          <w:lang w:val="es-MX"/>
        </w:rPr>
      </w:pPr>
      <w:r w:rsidRPr="0046075B">
        <w:rPr>
          <w:lang w:val="es-MX"/>
        </w:rPr>
        <w:t>7. ROADMAP POR FASES</w:t>
      </w:r>
    </w:p>
    <w:p w14:paraId="06355130" w14:textId="77777777" w:rsidR="00A1400F" w:rsidRPr="0046075B" w:rsidRDefault="00000000">
      <w:pPr>
        <w:pStyle w:val="Ttulo2"/>
        <w:rPr>
          <w:lang w:val="es-MX"/>
        </w:rPr>
      </w:pPr>
      <w:r w:rsidRPr="0046075B">
        <w:rPr>
          <w:lang w:val="es-MX"/>
        </w:rPr>
        <w:t xml:space="preserve">ETAPA 1 – Fundamentos (MVP realista y </w:t>
      </w:r>
      <w:proofErr w:type="spellStart"/>
      <w:r w:rsidRPr="0046075B">
        <w:rPr>
          <w:lang w:val="es-MX"/>
        </w:rPr>
        <w:t>monetizable</w:t>
      </w:r>
      <w:proofErr w:type="spellEnd"/>
      <w:r w:rsidRPr="0046075B">
        <w:rPr>
          <w:lang w:val="es-MX"/>
        </w:rPr>
        <w:t>)</w:t>
      </w:r>
    </w:p>
    <w:p w14:paraId="4678562F" w14:textId="77777777" w:rsidR="00A1400F" w:rsidRPr="0046075B" w:rsidRDefault="00000000">
      <w:pPr>
        <w:rPr>
          <w:lang w:val="es-MX"/>
        </w:rPr>
      </w:pPr>
      <w:r w:rsidRPr="0046075B">
        <w:rPr>
          <w:lang w:val="es-MX"/>
        </w:rPr>
        <w:t xml:space="preserve">Objetivo: Plataforma web funcional, ligera y </w:t>
      </w:r>
      <w:proofErr w:type="spellStart"/>
      <w:r w:rsidRPr="0046075B">
        <w:rPr>
          <w:lang w:val="es-MX"/>
        </w:rPr>
        <w:t>monetizable</w:t>
      </w:r>
      <w:proofErr w:type="spellEnd"/>
      <w:r w:rsidRPr="0046075B">
        <w:rPr>
          <w:lang w:val="es-MX"/>
        </w:rPr>
        <w:t>.</w:t>
      </w:r>
    </w:p>
    <w:p w14:paraId="118F2850" w14:textId="77777777" w:rsidR="00A1400F" w:rsidRPr="0046075B" w:rsidRDefault="00000000">
      <w:pPr>
        <w:pStyle w:val="Ttulo3"/>
        <w:rPr>
          <w:lang w:val="es-MX"/>
        </w:rPr>
      </w:pPr>
      <w:r w:rsidRPr="0046075B">
        <w:rPr>
          <w:lang w:val="es-MX"/>
        </w:rPr>
        <w:t>1. Funcionalidades que sí se deben construir en Etapa 1</w:t>
      </w:r>
    </w:p>
    <w:p w14:paraId="3C0A335E" w14:textId="77777777" w:rsidR="00A1400F" w:rsidRPr="0046075B" w:rsidRDefault="00000000">
      <w:pPr>
        <w:pStyle w:val="Listaconvietas"/>
        <w:rPr>
          <w:lang w:val="es-MX"/>
        </w:rPr>
      </w:pPr>
      <w:r w:rsidRPr="0046075B">
        <w:rPr>
          <w:lang w:val="es-MX"/>
        </w:rPr>
        <w:t>Catálogo básico de productos (refacciones, maquinaria, implementos).</w:t>
      </w:r>
    </w:p>
    <w:p w14:paraId="6E6180BA" w14:textId="77777777" w:rsidR="00A1400F" w:rsidRPr="0046075B" w:rsidRDefault="00000000">
      <w:pPr>
        <w:pStyle w:val="Listaconvietas"/>
        <w:rPr>
          <w:lang w:val="es-MX"/>
        </w:rPr>
      </w:pPr>
      <w:r w:rsidRPr="0046075B">
        <w:rPr>
          <w:lang w:val="es-MX"/>
        </w:rPr>
        <w:t>Búsqueda simple (por categorías y palabras clave).</w:t>
      </w:r>
    </w:p>
    <w:p w14:paraId="2D9448C5" w14:textId="77777777" w:rsidR="00A1400F" w:rsidRPr="0046075B" w:rsidRDefault="00000000">
      <w:pPr>
        <w:pStyle w:val="Listaconvietas"/>
        <w:rPr>
          <w:lang w:val="es-MX"/>
        </w:rPr>
      </w:pPr>
      <w:r w:rsidRPr="0046075B">
        <w:rPr>
          <w:lang w:val="es-MX"/>
        </w:rPr>
        <w:t>Perfiles básicos de vendedores (solo datos esenciales).</w:t>
      </w:r>
    </w:p>
    <w:p w14:paraId="2CB8884E" w14:textId="77777777" w:rsidR="00A1400F" w:rsidRPr="0046075B" w:rsidRDefault="00000000">
      <w:pPr>
        <w:pStyle w:val="Listaconvietas"/>
        <w:rPr>
          <w:lang w:val="es-MX"/>
        </w:rPr>
      </w:pPr>
      <w:r w:rsidRPr="0046075B">
        <w:rPr>
          <w:lang w:val="es-MX"/>
        </w:rPr>
        <w:t>Integración de IA para evaluar, corregir y mejorar publicaciones (solo texto).</w:t>
      </w:r>
    </w:p>
    <w:p w14:paraId="3E51F0E7" w14:textId="77777777" w:rsidR="00A1400F" w:rsidRPr="0046075B" w:rsidRDefault="00000000">
      <w:pPr>
        <w:pStyle w:val="Listaconvietas"/>
        <w:rPr>
          <w:lang w:val="es-MX"/>
        </w:rPr>
      </w:pPr>
      <w:r w:rsidRPr="0046075B">
        <w:rPr>
          <w:lang w:val="es-MX"/>
        </w:rPr>
        <w:t>Chat o WhatsApp directo del comprador al vendedor para ciertos productos.</w:t>
      </w:r>
    </w:p>
    <w:p w14:paraId="68939C37" w14:textId="77777777" w:rsidR="00A1400F" w:rsidRPr="0046075B" w:rsidRDefault="00000000">
      <w:pPr>
        <w:pStyle w:val="Listaconvietas"/>
        <w:rPr>
          <w:lang w:val="es-MX"/>
        </w:rPr>
      </w:pPr>
      <w:r w:rsidRPr="0046075B">
        <w:rPr>
          <w:lang w:val="es-MX"/>
        </w:rPr>
        <w:t>Panel de administración para cargar productos.</w:t>
      </w:r>
    </w:p>
    <w:p w14:paraId="01DCE312" w14:textId="77777777" w:rsidR="00A1400F" w:rsidRPr="0046075B" w:rsidRDefault="00000000">
      <w:pPr>
        <w:pStyle w:val="Listaconvietas"/>
        <w:rPr>
          <w:lang w:val="es-MX"/>
        </w:rPr>
      </w:pPr>
      <w:r w:rsidRPr="0046075B">
        <w:rPr>
          <w:lang w:val="es-MX"/>
        </w:rPr>
        <w:t>Generar comunidad básica tipo Facebook dentro de la plataforma.</w:t>
      </w:r>
    </w:p>
    <w:p w14:paraId="11FFCB09" w14:textId="77777777" w:rsidR="00A1400F" w:rsidRPr="0046075B" w:rsidRDefault="00000000">
      <w:pPr>
        <w:pStyle w:val="Listaconvietas"/>
        <w:rPr>
          <w:lang w:val="es-MX"/>
        </w:rPr>
      </w:pPr>
      <w:r w:rsidRPr="0046075B">
        <w:rPr>
          <w:lang w:val="es-MX"/>
        </w:rPr>
        <w:t>Módulo básico de métricas (visitas, clics, contactos).</w:t>
      </w:r>
    </w:p>
    <w:p w14:paraId="1D1CD32B" w14:textId="77777777" w:rsidR="00A1400F" w:rsidRPr="0046075B" w:rsidRDefault="00000000">
      <w:pPr>
        <w:pStyle w:val="Ttulo3"/>
        <w:rPr>
          <w:lang w:val="es-MX"/>
        </w:rPr>
      </w:pPr>
      <w:r w:rsidRPr="0046075B">
        <w:rPr>
          <w:lang w:val="es-MX"/>
        </w:rPr>
        <w:t>2. Modelos de negocio que arrancan en esta etapa</w:t>
      </w:r>
    </w:p>
    <w:p w14:paraId="75DDDA41" w14:textId="77777777" w:rsidR="00A1400F" w:rsidRPr="0046075B" w:rsidRDefault="00000000">
      <w:pPr>
        <w:rPr>
          <w:lang w:val="es-MX"/>
        </w:rPr>
      </w:pPr>
      <w:r w:rsidRPr="0046075B">
        <w:rPr>
          <w:lang w:val="es-MX"/>
        </w:rPr>
        <w:t>A) Ingresos por publicidad (principal en Etapa 1)</w:t>
      </w:r>
    </w:p>
    <w:p w14:paraId="5B0AF44F" w14:textId="77777777" w:rsidR="00A1400F" w:rsidRDefault="00000000">
      <w:pPr>
        <w:pStyle w:val="Listaconvietas"/>
      </w:pPr>
      <w:r>
        <w:t xml:space="preserve">Banner </w:t>
      </w:r>
      <w:proofErr w:type="spellStart"/>
      <w:r>
        <w:t>mensual</w:t>
      </w:r>
      <w:proofErr w:type="spellEnd"/>
      <w:r>
        <w:t xml:space="preserve"> </w:t>
      </w:r>
      <w:proofErr w:type="spellStart"/>
      <w:r>
        <w:t>por</w:t>
      </w:r>
      <w:proofErr w:type="spellEnd"/>
      <w:r>
        <w:t xml:space="preserve"> </w:t>
      </w:r>
      <w:proofErr w:type="spellStart"/>
      <w:r>
        <w:t>proveedor</w:t>
      </w:r>
      <w:proofErr w:type="spellEnd"/>
      <w:r>
        <w:t>.</w:t>
      </w:r>
    </w:p>
    <w:p w14:paraId="4E4B6EEA" w14:textId="77777777" w:rsidR="00A1400F" w:rsidRDefault="00000000">
      <w:pPr>
        <w:pStyle w:val="Listaconvietas"/>
      </w:pPr>
      <w:r>
        <w:t>Publicaciones destacadas.</w:t>
      </w:r>
    </w:p>
    <w:p w14:paraId="3EEAD648" w14:textId="77777777" w:rsidR="00A1400F" w:rsidRDefault="00000000">
      <w:pPr>
        <w:pStyle w:val="Listaconvietas"/>
      </w:pPr>
      <w:r>
        <w:t>Espacios preferenciales por categoría.</w:t>
      </w:r>
    </w:p>
    <w:p w14:paraId="522B68BD" w14:textId="77777777" w:rsidR="00A1400F" w:rsidRPr="0046075B" w:rsidRDefault="00000000">
      <w:pPr>
        <w:rPr>
          <w:lang w:val="es-MX"/>
        </w:rPr>
      </w:pPr>
      <w:r w:rsidRPr="0046075B">
        <w:rPr>
          <w:lang w:val="es-MX"/>
        </w:rPr>
        <w:t>B) Comisiones por venta (5% a 10%)</w:t>
      </w:r>
    </w:p>
    <w:p w14:paraId="665DF9AB" w14:textId="77777777" w:rsidR="00A1400F" w:rsidRPr="0046075B" w:rsidRDefault="00000000">
      <w:pPr>
        <w:pStyle w:val="Listaconvietas"/>
        <w:rPr>
          <w:lang w:val="es-MX"/>
        </w:rPr>
      </w:pPr>
      <w:r w:rsidRPr="0046075B">
        <w:rPr>
          <w:lang w:val="es-MX"/>
        </w:rPr>
        <w:t>Cobro solo cuando se realiza la venta.</w:t>
      </w:r>
    </w:p>
    <w:p w14:paraId="3E3FFB40" w14:textId="77777777" w:rsidR="00A1400F" w:rsidRPr="0046075B" w:rsidRDefault="00000000">
      <w:pPr>
        <w:pStyle w:val="Listaconvietas"/>
        <w:rPr>
          <w:lang w:val="es-MX"/>
        </w:rPr>
      </w:pPr>
      <w:r w:rsidRPr="0046075B">
        <w:rPr>
          <w:lang w:val="es-MX"/>
        </w:rPr>
        <w:t>Funciona aun sin pasarela de pago compleja (pago offline entre comprador y vendedor).</w:t>
      </w:r>
    </w:p>
    <w:p w14:paraId="37968FD5" w14:textId="77777777" w:rsidR="00A1400F" w:rsidRDefault="00000000">
      <w:r>
        <w:t xml:space="preserve">C) </w:t>
      </w:r>
      <w:proofErr w:type="spellStart"/>
      <w:r>
        <w:t>Publicación</w:t>
      </w:r>
      <w:proofErr w:type="spellEnd"/>
      <w:r>
        <w:t xml:space="preserve"> de </w:t>
      </w:r>
      <w:proofErr w:type="spellStart"/>
      <w:r>
        <w:t>maquinaria</w:t>
      </w:r>
      <w:proofErr w:type="spellEnd"/>
      <w:r>
        <w:t xml:space="preserve"> pesada</w:t>
      </w:r>
    </w:p>
    <w:p w14:paraId="2618A018" w14:textId="77777777" w:rsidR="00A1400F" w:rsidRPr="0046075B" w:rsidRDefault="00000000">
      <w:pPr>
        <w:pStyle w:val="Listaconvietas"/>
        <w:rPr>
          <w:lang w:val="es-MX"/>
        </w:rPr>
      </w:pPr>
      <w:r w:rsidRPr="0046075B">
        <w:rPr>
          <w:lang w:val="es-MX"/>
        </w:rPr>
        <w:t>Publicaciones pagadas (por pieza o por paquete).</w:t>
      </w:r>
    </w:p>
    <w:p w14:paraId="19C277A9" w14:textId="77777777" w:rsidR="00A1400F" w:rsidRPr="0046075B" w:rsidRDefault="00000000">
      <w:pPr>
        <w:pStyle w:val="Listaconvietas"/>
        <w:rPr>
          <w:lang w:val="es-MX"/>
        </w:rPr>
      </w:pPr>
      <w:r w:rsidRPr="0046075B">
        <w:rPr>
          <w:lang w:val="es-MX"/>
        </w:rPr>
        <w:t>Verificación manual “lite” (revisión básica de documentos).</w:t>
      </w:r>
    </w:p>
    <w:p w14:paraId="5475580C" w14:textId="77777777" w:rsidR="00A1400F" w:rsidRPr="0046075B" w:rsidRDefault="00000000">
      <w:pPr>
        <w:pStyle w:val="Ttulo3"/>
        <w:rPr>
          <w:lang w:val="es-MX"/>
        </w:rPr>
      </w:pPr>
      <w:r w:rsidRPr="0046075B">
        <w:rPr>
          <w:lang w:val="es-MX"/>
        </w:rPr>
        <w:lastRenderedPageBreak/>
        <w:t>D) Módulo IA – “Asistente de Publicación AGRO5” (Etapa 1)</w:t>
      </w:r>
    </w:p>
    <w:p w14:paraId="34BFB367" w14:textId="77777777" w:rsidR="00A1400F" w:rsidRPr="0046075B" w:rsidRDefault="00000000">
      <w:pPr>
        <w:rPr>
          <w:lang w:val="es-MX"/>
        </w:rPr>
      </w:pPr>
      <w:r w:rsidRPr="0046075B">
        <w:rPr>
          <w:lang w:val="es-MX"/>
        </w:rPr>
        <w:t>Qué hace la IA en Etapa 1:</w:t>
      </w:r>
    </w:p>
    <w:p w14:paraId="3952579A" w14:textId="77777777" w:rsidR="00A1400F" w:rsidRPr="0046075B" w:rsidRDefault="00000000">
      <w:pPr>
        <w:pStyle w:val="Listaconvietas"/>
        <w:rPr>
          <w:lang w:val="es-MX"/>
        </w:rPr>
      </w:pPr>
      <w:r w:rsidRPr="0046075B">
        <w:rPr>
          <w:lang w:val="es-MX"/>
        </w:rPr>
        <w:t>Revisa el texto que escribe el vendedor.</w:t>
      </w:r>
    </w:p>
    <w:p w14:paraId="26F778FA" w14:textId="77777777" w:rsidR="00A1400F" w:rsidRPr="0046075B" w:rsidRDefault="00000000">
      <w:pPr>
        <w:pStyle w:val="Listaconvietas"/>
        <w:rPr>
          <w:lang w:val="es-MX"/>
        </w:rPr>
      </w:pPr>
      <w:r w:rsidRPr="0046075B">
        <w:rPr>
          <w:lang w:val="es-MX"/>
        </w:rPr>
        <w:t>Sugiere mejor título y mejor descripción.</w:t>
      </w:r>
    </w:p>
    <w:p w14:paraId="7EE8D3FA" w14:textId="77777777" w:rsidR="00A1400F" w:rsidRPr="0046075B" w:rsidRDefault="00000000">
      <w:pPr>
        <w:pStyle w:val="Listaconvietas"/>
        <w:rPr>
          <w:lang w:val="es-MX"/>
        </w:rPr>
      </w:pPr>
      <w:r w:rsidRPr="0046075B">
        <w:rPr>
          <w:lang w:val="es-MX"/>
        </w:rPr>
        <w:t>Propone una lista mínima de datos técnicos.</w:t>
      </w:r>
    </w:p>
    <w:p w14:paraId="451910C3" w14:textId="77777777" w:rsidR="00A1400F" w:rsidRPr="0046075B" w:rsidRDefault="00000000">
      <w:pPr>
        <w:pStyle w:val="Listaconvietas"/>
        <w:rPr>
          <w:lang w:val="es-MX"/>
        </w:rPr>
      </w:pPr>
      <w:r w:rsidRPr="0046075B">
        <w:rPr>
          <w:lang w:val="es-MX"/>
        </w:rPr>
        <w:t>Detecta textos incompletos y avisa faltantes (marca/modelo/estado).</w:t>
      </w:r>
    </w:p>
    <w:p w14:paraId="6DA4D4E4" w14:textId="77777777" w:rsidR="00A1400F" w:rsidRPr="0046075B" w:rsidRDefault="00000000">
      <w:pPr>
        <w:pStyle w:val="Listaconvietas"/>
        <w:rPr>
          <w:lang w:val="es-MX"/>
        </w:rPr>
      </w:pPr>
      <w:r w:rsidRPr="0046075B">
        <w:rPr>
          <w:lang w:val="es-MX"/>
        </w:rPr>
        <w:t>Ofrece botones tipo: “Mejorar redacción”, “Hacerla más técnica”, “Hacerla más comercial”.</w:t>
      </w:r>
    </w:p>
    <w:p w14:paraId="678816AD" w14:textId="77777777" w:rsidR="00A1400F" w:rsidRPr="0046075B" w:rsidRDefault="00000000">
      <w:pPr>
        <w:rPr>
          <w:lang w:val="es-MX"/>
        </w:rPr>
      </w:pPr>
      <w:r w:rsidRPr="0046075B">
        <w:rPr>
          <w:lang w:val="es-MX"/>
        </w:rPr>
        <w:t>Importante (Etapa 1): no reconoce imágenes ni clasifica piezas automáticamente; solo trabaja con texto.</w:t>
      </w:r>
    </w:p>
    <w:p w14:paraId="6ADAE1C2" w14:textId="77777777" w:rsidR="00A1400F" w:rsidRPr="0046075B" w:rsidRDefault="00000000">
      <w:pPr>
        <w:pStyle w:val="Ttulo3"/>
        <w:rPr>
          <w:lang w:val="es-MX"/>
        </w:rPr>
      </w:pPr>
      <w:r w:rsidRPr="0046075B">
        <w:rPr>
          <w:lang w:val="es-MX"/>
        </w:rPr>
        <w:t>Alcance técnico de la Etapa 1 (límites claros del MVP)</w:t>
      </w:r>
    </w:p>
    <w:p w14:paraId="6A13B36E" w14:textId="77777777" w:rsidR="00A1400F" w:rsidRPr="0046075B" w:rsidRDefault="00000000">
      <w:pPr>
        <w:rPr>
          <w:lang w:val="es-MX"/>
        </w:rPr>
      </w:pPr>
      <w:r w:rsidRPr="0046075B">
        <w:rPr>
          <w:lang w:val="es-MX"/>
        </w:rPr>
        <w:t>Con el objetivo de mantener un desarrollo ágil, controlado y enfocado en generar ingresos desde el inicio, la Etapa 1 se limitará exclusivamente a las funcionalidades descritas anteriormente.</w:t>
      </w:r>
    </w:p>
    <w:p w14:paraId="10D768CB" w14:textId="77777777" w:rsidR="00A1400F" w:rsidRPr="0046075B" w:rsidRDefault="00000000">
      <w:pPr>
        <w:rPr>
          <w:lang w:val="es-MX"/>
        </w:rPr>
      </w:pPr>
      <w:r w:rsidRPr="0046075B">
        <w:rPr>
          <w:lang w:val="es-MX"/>
        </w:rPr>
        <w:t>Queda explícitamente fuera del alcance de la Etapa 1:</w:t>
      </w:r>
    </w:p>
    <w:p w14:paraId="32DBE174" w14:textId="77777777" w:rsidR="00A1400F" w:rsidRPr="0046075B" w:rsidRDefault="00000000">
      <w:pPr>
        <w:pStyle w:val="Listaconvietas"/>
        <w:rPr>
          <w:lang w:val="es-MX"/>
        </w:rPr>
      </w:pPr>
      <w:r w:rsidRPr="0046075B">
        <w:rPr>
          <w:lang w:val="es-MX"/>
        </w:rPr>
        <w:t>Desarrollo de aplicación móvil (solo versión web).</w:t>
      </w:r>
    </w:p>
    <w:p w14:paraId="3864F156" w14:textId="77777777" w:rsidR="00A1400F" w:rsidRPr="0046075B" w:rsidRDefault="00000000">
      <w:pPr>
        <w:pStyle w:val="Listaconvietas"/>
        <w:rPr>
          <w:lang w:val="es-MX"/>
        </w:rPr>
      </w:pPr>
      <w:r w:rsidRPr="0046075B">
        <w:rPr>
          <w:lang w:val="es-MX"/>
        </w:rPr>
        <w:t>Integración de pasarela de pagos.</w:t>
      </w:r>
    </w:p>
    <w:p w14:paraId="138B540D" w14:textId="77777777" w:rsidR="00A1400F" w:rsidRPr="0046075B" w:rsidRDefault="00000000">
      <w:pPr>
        <w:pStyle w:val="Listaconvietas"/>
        <w:rPr>
          <w:lang w:val="es-MX"/>
        </w:rPr>
      </w:pPr>
      <w:r w:rsidRPr="0046075B">
        <w:rPr>
          <w:lang w:val="es-MX"/>
        </w:rPr>
        <w:t>Gestión de logística o envíos.</w:t>
      </w:r>
    </w:p>
    <w:p w14:paraId="63242819" w14:textId="77777777" w:rsidR="00A1400F" w:rsidRPr="0046075B" w:rsidRDefault="00000000">
      <w:pPr>
        <w:pStyle w:val="Listaconvietas"/>
        <w:rPr>
          <w:lang w:val="es-MX"/>
        </w:rPr>
      </w:pPr>
      <w:r w:rsidRPr="0046075B">
        <w:rPr>
          <w:lang w:val="es-MX"/>
        </w:rPr>
        <w:t>Reconocimiento de refacciones por imagen.</w:t>
      </w:r>
    </w:p>
    <w:p w14:paraId="7D233BD1" w14:textId="77777777" w:rsidR="00A1400F" w:rsidRPr="0046075B" w:rsidRDefault="00000000">
      <w:pPr>
        <w:pStyle w:val="Listaconvietas"/>
        <w:rPr>
          <w:lang w:val="es-MX"/>
        </w:rPr>
      </w:pPr>
      <w:r w:rsidRPr="0046075B">
        <w:rPr>
          <w:lang w:val="es-MX"/>
        </w:rPr>
        <w:t>Algoritmos avanzados de coincidencia pieza-maquinaria.</w:t>
      </w:r>
    </w:p>
    <w:p w14:paraId="4BBAC0FA" w14:textId="77777777" w:rsidR="00A1400F" w:rsidRDefault="00000000">
      <w:pPr>
        <w:pStyle w:val="Listaconvietas"/>
      </w:pPr>
      <w:proofErr w:type="spellStart"/>
      <w:r>
        <w:t>Automatización</w:t>
      </w:r>
      <w:proofErr w:type="spellEnd"/>
      <w:r>
        <w:t xml:space="preserve"> de </w:t>
      </w:r>
      <w:proofErr w:type="spellStart"/>
      <w:r>
        <w:t>inventarios</w:t>
      </w:r>
      <w:proofErr w:type="spellEnd"/>
      <w:r>
        <w:t>.</w:t>
      </w:r>
    </w:p>
    <w:p w14:paraId="568A20FE" w14:textId="77777777" w:rsidR="00A1400F" w:rsidRDefault="00000000">
      <w:pPr>
        <w:pStyle w:val="Listaconvietas"/>
      </w:pPr>
      <w:r>
        <w:t>Financiamiento o crédito.</w:t>
      </w:r>
    </w:p>
    <w:p w14:paraId="0C2098E0" w14:textId="77777777" w:rsidR="00A1400F" w:rsidRPr="0046075B" w:rsidRDefault="00000000">
      <w:pPr>
        <w:pStyle w:val="Listaconvietas"/>
        <w:rPr>
          <w:lang w:val="es-MX"/>
        </w:rPr>
      </w:pPr>
      <w:r w:rsidRPr="0046075B">
        <w:rPr>
          <w:lang w:val="es-MX"/>
        </w:rPr>
        <w:t xml:space="preserve">Integraciones con sistemas externos (ERP, </w:t>
      </w:r>
      <w:proofErr w:type="spellStart"/>
      <w:r w:rsidRPr="0046075B">
        <w:rPr>
          <w:lang w:val="es-MX"/>
        </w:rPr>
        <w:t>IoT</w:t>
      </w:r>
      <w:proofErr w:type="spellEnd"/>
      <w:r w:rsidRPr="0046075B">
        <w:rPr>
          <w:lang w:val="es-MX"/>
        </w:rPr>
        <w:t>, sensores).</w:t>
      </w:r>
    </w:p>
    <w:p w14:paraId="599592BB" w14:textId="77777777" w:rsidR="00A1400F" w:rsidRPr="0046075B" w:rsidRDefault="00000000">
      <w:pPr>
        <w:rPr>
          <w:lang w:val="es-MX"/>
        </w:rPr>
      </w:pPr>
      <w:r w:rsidRPr="0046075B">
        <w:rPr>
          <w:lang w:val="es-MX"/>
        </w:rPr>
        <w:t>Estas funcionalidades serán evaluadas y desarrolladas únicamente en etapas posteriores, una vez validado el modelo de negocio, el flujo de usuarios y la generación de ingresos.</w:t>
      </w:r>
    </w:p>
    <w:p w14:paraId="5A2AE31A" w14:textId="77777777" w:rsidR="00A1400F" w:rsidRDefault="00000000">
      <w:pPr>
        <w:pStyle w:val="Ttulo3"/>
      </w:pPr>
      <w:proofErr w:type="spellStart"/>
      <w:r>
        <w:t>Resultado</w:t>
      </w:r>
      <w:proofErr w:type="spellEnd"/>
      <w:r>
        <w:t xml:space="preserve"> </w:t>
      </w:r>
      <w:proofErr w:type="spellStart"/>
      <w:r>
        <w:t>esperado</w:t>
      </w:r>
      <w:proofErr w:type="spellEnd"/>
      <w:r>
        <w:t xml:space="preserve"> de Etapa 1</w:t>
      </w:r>
    </w:p>
    <w:p w14:paraId="3A574E1D" w14:textId="77777777" w:rsidR="00A1400F" w:rsidRPr="0046075B" w:rsidRDefault="00000000">
      <w:pPr>
        <w:pStyle w:val="Listaconvietas"/>
        <w:rPr>
          <w:lang w:val="es-MX"/>
        </w:rPr>
      </w:pPr>
      <w:r w:rsidRPr="0046075B">
        <w:rPr>
          <w:lang w:val="es-MX"/>
        </w:rPr>
        <w:t xml:space="preserve">Plataforma ligera, funcional y </w:t>
      </w:r>
      <w:proofErr w:type="spellStart"/>
      <w:r w:rsidRPr="0046075B">
        <w:rPr>
          <w:lang w:val="es-MX"/>
        </w:rPr>
        <w:t>monetizable</w:t>
      </w:r>
      <w:proofErr w:type="spellEnd"/>
      <w:r w:rsidRPr="0046075B">
        <w:rPr>
          <w:lang w:val="es-MX"/>
        </w:rPr>
        <w:t>.</w:t>
      </w:r>
    </w:p>
    <w:p w14:paraId="425C7711" w14:textId="77777777" w:rsidR="00A1400F" w:rsidRPr="0046075B" w:rsidRDefault="00000000">
      <w:pPr>
        <w:pStyle w:val="Listaconvietas"/>
        <w:rPr>
          <w:lang w:val="es-MX"/>
        </w:rPr>
      </w:pPr>
      <w:r w:rsidRPr="0046075B">
        <w:rPr>
          <w:lang w:val="es-MX"/>
        </w:rPr>
        <w:t>Primer flujo de ingresos real.</w:t>
      </w:r>
    </w:p>
    <w:p w14:paraId="70509A6B" w14:textId="77777777" w:rsidR="00A1400F" w:rsidRDefault="00000000">
      <w:pPr>
        <w:pStyle w:val="Listaconvietas"/>
      </w:pPr>
      <w:proofErr w:type="spellStart"/>
      <w:r>
        <w:t>Validación</w:t>
      </w:r>
      <w:proofErr w:type="spellEnd"/>
      <w:r>
        <w:t xml:space="preserve"> del mercado.</w:t>
      </w:r>
    </w:p>
    <w:p w14:paraId="5F40F381" w14:textId="77777777" w:rsidR="00A1400F" w:rsidRDefault="00000000">
      <w:pPr>
        <w:pStyle w:val="Listaconvietas"/>
      </w:pPr>
      <w:r>
        <w:t>Base inicial de usuarios.</w:t>
      </w:r>
    </w:p>
    <w:p w14:paraId="59CA86C9" w14:textId="77777777" w:rsidR="00A1400F" w:rsidRPr="0046075B" w:rsidRDefault="00000000">
      <w:pPr>
        <w:pStyle w:val="Ttulo3"/>
        <w:rPr>
          <w:lang w:val="es-MX"/>
        </w:rPr>
      </w:pPr>
      <w:r w:rsidRPr="0046075B">
        <w:rPr>
          <w:lang w:val="es-MX"/>
        </w:rPr>
        <w:t>Métricas clave de éxito – Etapa 1</w:t>
      </w:r>
    </w:p>
    <w:p w14:paraId="49A1AE93" w14:textId="77777777" w:rsidR="00A1400F" w:rsidRPr="0046075B" w:rsidRDefault="00000000">
      <w:pPr>
        <w:rPr>
          <w:lang w:val="es-MX"/>
        </w:rPr>
      </w:pPr>
      <w:r w:rsidRPr="0046075B">
        <w:rPr>
          <w:lang w:val="es-MX"/>
        </w:rPr>
        <w:t>El avance y validación de la Etapa 1 se evaluará con base en las siguientes métricas:</w:t>
      </w:r>
    </w:p>
    <w:p w14:paraId="5AB32A46" w14:textId="77777777" w:rsidR="00A1400F" w:rsidRDefault="00000000">
      <w:pPr>
        <w:pStyle w:val="Listaconvietas"/>
      </w:pPr>
      <w:proofErr w:type="spellStart"/>
      <w:r>
        <w:t>Número</w:t>
      </w:r>
      <w:proofErr w:type="spellEnd"/>
      <w:r>
        <w:t xml:space="preserve"> de </w:t>
      </w:r>
      <w:proofErr w:type="spellStart"/>
      <w:r>
        <w:t>vendedores</w:t>
      </w:r>
      <w:proofErr w:type="spellEnd"/>
      <w:r>
        <w:t xml:space="preserve"> </w:t>
      </w:r>
      <w:proofErr w:type="spellStart"/>
      <w:r>
        <w:t>registrados</w:t>
      </w:r>
      <w:proofErr w:type="spellEnd"/>
      <w:r>
        <w:t>.</w:t>
      </w:r>
    </w:p>
    <w:p w14:paraId="26699659" w14:textId="77777777" w:rsidR="00A1400F" w:rsidRDefault="00000000">
      <w:pPr>
        <w:pStyle w:val="Listaconvietas"/>
      </w:pPr>
      <w:r>
        <w:t>Número de publicaciones activas.</w:t>
      </w:r>
    </w:p>
    <w:p w14:paraId="3BB9A2C8" w14:textId="77777777" w:rsidR="00A1400F" w:rsidRPr="0046075B" w:rsidRDefault="00000000">
      <w:pPr>
        <w:pStyle w:val="Listaconvietas"/>
        <w:rPr>
          <w:lang w:val="es-MX"/>
        </w:rPr>
      </w:pPr>
      <w:r w:rsidRPr="0046075B">
        <w:rPr>
          <w:lang w:val="es-MX"/>
        </w:rPr>
        <w:t>Contactos generados entre compradores y vendedores.</w:t>
      </w:r>
    </w:p>
    <w:p w14:paraId="5BA6B350" w14:textId="77777777" w:rsidR="00A1400F" w:rsidRPr="0046075B" w:rsidRDefault="00000000">
      <w:pPr>
        <w:pStyle w:val="Listaconvietas"/>
        <w:rPr>
          <w:lang w:val="es-MX"/>
        </w:rPr>
      </w:pPr>
      <w:r w:rsidRPr="0046075B">
        <w:rPr>
          <w:lang w:val="es-MX"/>
        </w:rPr>
        <w:t>Ingresos mensuales por publicidad y publicaciones destacadas.</w:t>
      </w:r>
    </w:p>
    <w:p w14:paraId="2539EA0B" w14:textId="77777777" w:rsidR="00A1400F" w:rsidRPr="0046075B" w:rsidRDefault="00000000">
      <w:pPr>
        <w:pStyle w:val="Listaconvietas"/>
        <w:rPr>
          <w:lang w:val="es-MX"/>
        </w:rPr>
      </w:pPr>
      <w:r w:rsidRPr="0046075B">
        <w:rPr>
          <w:lang w:val="es-MX"/>
        </w:rPr>
        <w:lastRenderedPageBreak/>
        <w:t>Retención básica de vendedores (publican más de una vez).</w:t>
      </w:r>
    </w:p>
    <w:p w14:paraId="39D463A4" w14:textId="77777777" w:rsidR="00A1400F" w:rsidRPr="0046075B" w:rsidRDefault="00000000">
      <w:pPr>
        <w:pStyle w:val="Listaconvietas"/>
        <w:rPr>
          <w:lang w:val="es-MX"/>
        </w:rPr>
      </w:pPr>
      <w:r w:rsidRPr="0046075B">
        <w:rPr>
          <w:lang w:val="es-MX"/>
        </w:rPr>
        <w:t>Tiempo promedio de publicación y respuesta.</w:t>
      </w:r>
    </w:p>
    <w:p w14:paraId="23FF5489" w14:textId="77777777" w:rsidR="00A1400F" w:rsidRPr="0046075B" w:rsidRDefault="00000000">
      <w:pPr>
        <w:rPr>
          <w:lang w:val="es-MX"/>
        </w:rPr>
      </w:pPr>
      <w:r w:rsidRPr="0046075B">
        <w:rPr>
          <w:lang w:val="es-MX"/>
        </w:rPr>
        <w:t>Estas métricas permitirán determinar el momento adecuado para avanzar a la Etapa 2 y justificar nuevas inversiones en desarrollo tecnológico.</w:t>
      </w:r>
    </w:p>
    <w:p w14:paraId="155AC9F7" w14:textId="77777777" w:rsidR="00A1400F" w:rsidRPr="0046075B" w:rsidRDefault="00000000">
      <w:pPr>
        <w:pStyle w:val="Ttulo3"/>
        <w:rPr>
          <w:lang w:val="es-MX"/>
        </w:rPr>
      </w:pPr>
      <w:r w:rsidRPr="0046075B">
        <w:rPr>
          <w:lang w:val="es-MX"/>
        </w:rPr>
        <w:t>Condiciones para avanzar a Etapa 2</w:t>
      </w:r>
    </w:p>
    <w:p w14:paraId="5702B310" w14:textId="77777777" w:rsidR="00A1400F" w:rsidRPr="0046075B" w:rsidRDefault="00000000">
      <w:pPr>
        <w:pStyle w:val="Listaconvietas"/>
        <w:rPr>
          <w:lang w:val="es-MX"/>
        </w:rPr>
      </w:pPr>
      <w:r w:rsidRPr="0046075B">
        <w:rPr>
          <w:lang w:val="es-MX"/>
        </w:rPr>
        <w:t>Flujo constante de publicaciones activas.</w:t>
      </w:r>
    </w:p>
    <w:p w14:paraId="1D9C5EB5" w14:textId="77777777" w:rsidR="00A1400F" w:rsidRPr="0046075B" w:rsidRDefault="00000000">
      <w:pPr>
        <w:pStyle w:val="Listaconvietas"/>
        <w:rPr>
          <w:lang w:val="es-MX"/>
        </w:rPr>
      </w:pPr>
      <w:r w:rsidRPr="0046075B">
        <w:rPr>
          <w:lang w:val="es-MX"/>
        </w:rPr>
        <w:t>Ingresos recurrentes por publicidad o comisiones.</w:t>
      </w:r>
    </w:p>
    <w:p w14:paraId="12E9FCD4" w14:textId="77777777" w:rsidR="00A1400F" w:rsidRPr="0046075B" w:rsidRDefault="00000000">
      <w:pPr>
        <w:pStyle w:val="Listaconvietas"/>
        <w:rPr>
          <w:lang w:val="es-MX"/>
        </w:rPr>
      </w:pPr>
      <w:r w:rsidRPr="0046075B">
        <w:rPr>
          <w:lang w:val="es-MX"/>
        </w:rPr>
        <w:t>Uso frecuente del módulo de publicaciones y del asistente de IA.</w:t>
      </w:r>
    </w:p>
    <w:p w14:paraId="359517E6" w14:textId="77777777" w:rsidR="00A1400F" w:rsidRDefault="00000000">
      <w:pPr>
        <w:pStyle w:val="Listaconvietas"/>
      </w:pPr>
      <w:proofErr w:type="spellStart"/>
      <w:r>
        <w:t>Estabilidad</w:t>
      </w:r>
      <w:proofErr w:type="spellEnd"/>
      <w:r>
        <w:t xml:space="preserve"> </w:t>
      </w:r>
      <w:proofErr w:type="spellStart"/>
      <w:r>
        <w:t>técnica</w:t>
      </w:r>
      <w:proofErr w:type="spellEnd"/>
      <w:r>
        <w:t xml:space="preserve"> del MVP.</w:t>
      </w:r>
    </w:p>
    <w:p w14:paraId="33C2A5F3" w14:textId="77777777" w:rsidR="00A1400F" w:rsidRPr="0046075B" w:rsidRDefault="00000000">
      <w:pPr>
        <w:pStyle w:val="Listaconvietas"/>
        <w:rPr>
          <w:lang w:val="es-MX"/>
        </w:rPr>
      </w:pPr>
      <w:r w:rsidRPr="0046075B">
        <w:rPr>
          <w:lang w:val="es-MX"/>
        </w:rPr>
        <w:t>Demanda real de funcionalidades avanzadas por parte de usuarios.</w:t>
      </w:r>
    </w:p>
    <w:p w14:paraId="4D653B7C" w14:textId="77777777" w:rsidR="00A1400F" w:rsidRPr="0046075B" w:rsidRDefault="00000000">
      <w:pPr>
        <w:pStyle w:val="Ttulo2"/>
        <w:rPr>
          <w:lang w:val="es-MX"/>
        </w:rPr>
      </w:pPr>
      <w:r w:rsidRPr="0046075B">
        <w:rPr>
          <w:lang w:val="es-MX"/>
        </w:rPr>
        <w:t>ETAPA 2 – Comunidad, Suscripciones y Automatización</w:t>
      </w:r>
    </w:p>
    <w:p w14:paraId="3FA7E694" w14:textId="77777777" w:rsidR="00A1400F" w:rsidRPr="0046075B" w:rsidRDefault="00000000">
      <w:pPr>
        <w:rPr>
          <w:lang w:val="es-MX"/>
        </w:rPr>
      </w:pPr>
      <w:r w:rsidRPr="0046075B">
        <w:rPr>
          <w:lang w:val="es-MX"/>
        </w:rPr>
        <w:t>Objetivo: Expandir el alcance y empezar a generar ingresos recurrentes.</w:t>
      </w:r>
    </w:p>
    <w:p w14:paraId="27459023" w14:textId="77777777" w:rsidR="00A1400F" w:rsidRDefault="00000000">
      <w:pPr>
        <w:pStyle w:val="Ttulo3"/>
      </w:pPr>
      <w:proofErr w:type="spellStart"/>
      <w:r>
        <w:t>Funcionalidades</w:t>
      </w:r>
      <w:proofErr w:type="spellEnd"/>
      <w:r>
        <w:t xml:space="preserve"> </w:t>
      </w:r>
      <w:proofErr w:type="spellStart"/>
      <w:r>
        <w:t>nuevas</w:t>
      </w:r>
      <w:proofErr w:type="spellEnd"/>
      <w:r>
        <w:t xml:space="preserve"> a </w:t>
      </w:r>
      <w:proofErr w:type="spellStart"/>
      <w:r>
        <w:t>desarrollar</w:t>
      </w:r>
      <w:proofErr w:type="spellEnd"/>
    </w:p>
    <w:p w14:paraId="32B7566C" w14:textId="77777777" w:rsidR="00A1400F" w:rsidRPr="0046075B" w:rsidRDefault="00000000">
      <w:pPr>
        <w:pStyle w:val="Listaconvietas"/>
        <w:rPr>
          <w:lang w:val="es-MX"/>
        </w:rPr>
      </w:pPr>
      <w:r w:rsidRPr="0046075B">
        <w:rPr>
          <w:lang w:val="es-MX"/>
        </w:rPr>
        <w:t>Sistema de perfiles avanzados para vendedores.</w:t>
      </w:r>
    </w:p>
    <w:p w14:paraId="3E7B408E" w14:textId="77777777" w:rsidR="00A1400F" w:rsidRPr="0046075B" w:rsidRDefault="00000000">
      <w:pPr>
        <w:pStyle w:val="Listaconvietas"/>
        <w:rPr>
          <w:lang w:val="es-MX"/>
        </w:rPr>
      </w:pPr>
      <w:r w:rsidRPr="0046075B">
        <w:rPr>
          <w:lang w:val="es-MX"/>
        </w:rPr>
        <w:t>Valoraciones y reputación de vendedores.</w:t>
      </w:r>
    </w:p>
    <w:p w14:paraId="196860D4" w14:textId="77777777" w:rsidR="00A1400F" w:rsidRDefault="00000000">
      <w:pPr>
        <w:pStyle w:val="Listaconvietas"/>
      </w:pPr>
      <w:proofErr w:type="spellStart"/>
      <w:r>
        <w:t>Filtros</w:t>
      </w:r>
      <w:proofErr w:type="spellEnd"/>
      <w:r>
        <w:t xml:space="preserve"> </w:t>
      </w:r>
      <w:proofErr w:type="spellStart"/>
      <w:r>
        <w:t>avanzados</w:t>
      </w:r>
      <w:proofErr w:type="spellEnd"/>
      <w:r>
        <w:t xml:space="preserve"> de </w:t>
      </w:r>
      <w:proofErr w:type="spellStart"/>
      <w:r>
        <w:t>búsqueda</w:t>
      </w:r>
      <w:proofErr w:type="spellEnd"/>
      <w:r>
        <w:t>.</w:t>
      </w:r>
    </w:p>
    <w:p w14:paraId="5457654E" w14:textId="77777777" w:rsidR="00A1400F" w:rsidRPr="0046075B" w:rsidRDefault="00000000">
      <w:pPr>
        <w:pStyle w:val="Listaconvietas"/>
        <w:rPr>
          <w:lang w:val="es-MX"/>
        </w:rPr>
      </w:pPr>
      <w:r w:rsidRPr="0046075B">
        <w:rPr>
          <w:lang w:val="es-MX"/>
        </w:rPr>
        <w:t>Carrito de compras y pagos integrados.</w:t>
      </w:r>
    </w:p>
    <w:p w14:paraId="37D63555" w14:textId="77777777" w:rsidR="00A1400F" w:rsidRPr="0046075B" w:rsidRDefault="00000000">
      <w:pPr>
        <w:pStyle w:val="Listaconvietas"/>
        <w:rPr>
          <w:lang w:val="es-MX"/>
        </w:rPr>
      </w:pPr>
      <w:r w:rsidRPr="0046075B">
        <w:rPr>
          <w:lang w:val="es-MX"/>
        </w:rPr>
        <w:t>Análisis de datos y automatización para proveedores.</w:t>
      </w:r>
    </w:p>
    <w:p w14:paraId="2FC8C91C" w14:textId="77777777" w:rsidR="00A1400F" w:rsidRPr="0046075B" w:rsidRDefault="00000000">
      <w:pPr>
        <w:pStyle w:val="Listaconvietas"/>
        <w:rPr>
          <w:lang w:val="es-MX"/>
        </w:rPr>
      </w:pPr>
      <w:r w:rsidRPr="0046075B">
        <w:rPr>
          <w:lang w:val="es-MX"/>
        </w:rPr>
        <w:t>Sistema de subir productos masivamente (Excel/CSV).</w:t>
      </w:r>
    </w:p>
    <w:p w14:paraId="44D7F8BC" w14:textId="77777777" w:rsidR="00A1400F" w:rsidRPr="0046075B" w:rsidRDefault="00000000">
      <w:pPr>
        <w:pStyle w:val="Listaconvietas"/>
        <w:rPr>
          <w:lang w:val="es-MX"/>
        </w:rPr>
      </w:pPr>
      <w:r w:rsidRPr="0046075B">
        <w:rPr>
          <w:lang w:val="es-MX"/>
        </w:rPr>
        <w:t>Módulo de blog educativo y videos (la comunidad).</w:t>
      </w:r>
    </w:p>
    <w:p w14:paraId="2C6E1BAA" w14:textId="77777777" w:rsidR="00A1400F" w:rsidRPr="0046075B" w:rsidRDefault="00000000">
      <w:pPr>
        <w:pStyle w:val="Listaconvietas"/>
        <w:rPr>
          <w:lang w:val="es-MX"/>
        </w:rPr>
      </w:pPr>
      <w:r w:rsidRPr="0046075B">
        <w:rPr>
          <w:lang w:val="es-MX"/>
        </w:rPr>
        <w:t xml:space="preserve">IA: sugiere categorías, rango de precio, palabras clave; ayuda a crear anuncios; se integra al </w:t>
      </w:r>
      <w:proofErr w:type="spellStart"/>
      <w:r w:rsidRPr="0046075B">
        <w:rPr>
          <w:lang w:val="es-MX"/>
        </w:rPr>
        <w:t>dashboard</w:t>
      </w:r>
      <w:proofErr w:type="spellEnd"/>
      <w:r w:rsidRPr="0046075B">
        <w:rPr>
          <w:lang w:val="es-MX"/>
        </w:rPr>
        <w:t>.</w:t>
      </w:r>
    </w:p>
    <w:p w14:paraId="17281AA8" w14:textId="77777777" w:rsidR="00A1400F" w:rsidRPr="0046075B" w:rsidRDefault="00000000">
      <w:pPr>
        <w:pStyle w:val="Ttulo3"/>
        <w:rPr>
          <w:lang w:val="es-MX"/>
        </w:rPr>
      </w:pPr>
      <w:r w:rsidRPr="0046075B">
        <w:rPr>
          <w:lang w:val="es-MX"/>
        </w:rPr>
        <w:t>Modelos de negocio que nacen en Etapa 2</w:t>
      </w:r>
    </w:p>
    <w:p w14:paraId="789366F6" w14:textId="77777777" w:rsidR="00A1400F" w:rsidRPr="0046075B" w:rsidRDefault="00000000">
      <w:pPr>
        <w:rPr>
          <w:lang w:val="es-MX"/>
        </w:rPr>
      </w:pPr>
      <w:r w:rsidRPr="0046075B">
        <w:rPr>
          <w:lang w:val="es-MX"/>
        </w:rPr>
        <w:t>A) Suscripciones mensuales para vendedores (Básico / Pro / Premium)</w:t>
      </w:r>
    </w:p>
    <w:p w14:paraId="49E1D398" w14:textId="77777777" w:rsidR="00A1400F" w:rsidRPr="0046075B" w:rsidRDefault="00000000">
      <w:pPr>
        <w:rPr>
          <w:lang w:val="es-MX"/>
        </w:rPr>
      </w:pPr>
      <w:r w:rsidRPr="0046075B">
        <w:rPr>
          <w:lang w:val="es-MX"/>
        </w:rPr>
        <w:t>B) Cursos y contenidos Premium</w:t>
      </w:r>
    </w:p>
    <w:p w14:paraId="777F3B2B" w14:textId="77777777" w:rsidR="00A1400F" w:rsidRPr="0046075B" w:rsidRDefault="00000000">
      <w:pPr>
        <w:rPr>
          <w:lang w:val="es-MX"/>
        </w:rPr>
      </w:pPr>
      <w:r w:rsidRPr="0046075B">
        <w:rPr>
          <w:lang w:val="es-MX"/>
        </w:rPr>
        <w:t>C) Servicios profesionales (publicidad, fotos, catálogos)</w:t>
      </w:r>
    </w:p>
    <w:p w14:paraId="670DCF5D" w14:textId="77777777" w:rsidR="00A1400F" w:rsidRPr="0046075B" w:rsidRDefault="00000000">
      <w:pPr>
        <w:rPr>
          <w:lang w:val="es-MX"/>
        </w:rPr>
      </w:pPr>
      <w:r w:rsidRPr="0046075B">
        <w:rPr>
          <w:lang w:val="es-MX"/>
        </w:rPr>
        <w:t>D) Comisiones de logística (3PL)</w:t>
      </w:r>
    </w:p>
    <w:p w14:paraId="17D90E9C" w14:textId="77777777" w:rsidR="00A1400F" w:rsidRDefault="00000000">
      <w:pPr>
        <w:pStyle w:val="Ttulo3"/>
      </w:pPr>
      <w:proofErr w:type="spellStart"/>
      <w:r>
        <w:t>Resultado</w:t>
      </w:r>
      <w:proofErr w:type="spellEnd"/>
      <w:r>
        <w:t xml:space="preserve"> </w:t>
      </w:r>
      <w:proofErr w:type="spellStart"/>
      <w:r>
        <w:t>esperado</w:t>
      </w:r>
      <w:proofErr w:type="spellEnd"/>
      <w:r>
        <w:t xml:space="preserve"> de Etapa 2</w:t>
      </w:r>
    </w:p>
    <w:p w14:paraId="7D1238C1" w14:textId="77777777" w:rsidR="00A1400F" w:rsidRDefault="00000000">
      <w:pPr>
        <w:pStyle w:val="Listaconvietas"/>
      </w:pPr>
      <w:r>
        <w:t>Creación de comunidad.</w:t>
      </w:r>
    </w:p>
    <w:p w14:paraId="3F184C42" w14:textId="77777777" w:rsidR="00A1400F" w:rsidRDefault="00000000">
      <w:pPr>
        <w:pStyle w:val="Listaconvietas"/>
      </w:pPr>
      <w:r>
        <w:t>Ingresos recurrentes (suscripciones + publicidad).</w:t>
      </w:r>
    </w:p>
    <w:p w14:paraId="22325B77" w14:textId="77777777" w:rsidR="00A1400F" w:rsidRPr="0046075B" w:rsidRDefault="00000000">
      <w:pPr>
        <w:pStyle w:val="Listaconvietas"/>
        <w:rPr>
          <w:lang w:val="es-MX"/>
        </w:rPr>
      </w:pPr>
      <w:r w:rsidRPr="0046075B">
        <w:rPr>
          <w:lang w:val="es-MX"/>
        </w:rPr>
        <w:t>Herramientas automáticas que reducen carga operativa.</w:t>
      </w:r>
    </w:p>
    <w:p w14:paraId="00EBB5C2" w14:textId="77777777" w:rsidR="00A1400F" w:rsidRPr="0046075B" w:rsidRDefault="00000000">
      <w:pPr>
        <w:pStyle w:val="Listaconvietas"/>
        <w:rPr>
          <w:lang w:val="es-MX"/>
        </w:rPr>
      </w:pPr>
      <w:r w:rsidRPr="0046075B">
        <w:rPr>
          <w:lang w:val="es-MX"/>
        </w:rPr>
        <w:t>Expansión a más categorías y usuarios.</w:t>
      </w:r>
    </w:p>
    <w:p w14:paraId="6DA87890" w14:textId="77777777" w:rsidR="00A1400F" w:rsidRPr="0046075B" w:rsidRDefault="00000000">
      <w:pPr>
        <w:pStyle w:val="Ttulo2"/>
        <w:rPr>
          <w:lang w:val="es-MX"/>
        </w:rPr>
      </w:pPr>
      <w:r w:rsidRPr="0046075B">
        <w:rPr>
          <w:lang w:val="es-MX"/>
        </w:rPr>
        <w:t>ETAPA 3 – Inteligencia Artificial y Verificaciones</w:t>
      </w:r>
    </w:p>
    <w:p w14:paraId="73262924" w14:textId="77777777" w:rsidR="00A1400F" w:rsidRPr="0046075B" w:rsidRDefault="00000000">
      <w:pPr>
        <w:rPr>
          <w:lang w:val="es-MX"/>
        </w:rPr>
      </w:pPr>
      <w:r w:rsidRPr="0046075B">
        <w:rPr>
          <w:lang w:val="es-MX"/>
        </w:rPr>
        <w:t>Objetivo: Convertir AGRO5 en una plataforma tecnológica única en México y LATAM.</w:t>
      </w:r>
    </w:p>
    <w:p w14:paraId="1A0546FC" w14:textId="77777777" w:rsidR="00A1400F" w:rsidRDefault="00000000">
      <w:pPr>
        <w:pStyle w:val="Ttulo3"/>
      </w:pPr>
      <w:proofErr w:type="spellStart"/>
      <w:r>
        <w:lastRenderedPageBreak/>
        <w:t>Funcionalidades</w:t>
      </w:r>
      <w:proofErr w:type="spellEnd"/>
      <w:r>
        <w:t xml:space="preserve"> </w:t>
      </w:r>
      <w:proofErr w:type="spellStart"/>
      <w:r>
        <w:t>nuevas</w:t>
      </w:r>
      <w:proofErr w:type="spellEnd"/>
    </w:p>
    <w:p w14:paraId="57810398" w14:textId="77777777" w:rsidR="00A1400F" w:rsidRPr="0046075B" w:rsidRDefault="00000000">
      <w:pPr>
        <w:pStyle w:val="Listaconvietas"/>
        <w:rPr>
          <w:lang w:val="es-MX"/>
        </w:rPr>
      </w:pPr>
      <w:r w:rsidRPr="0046075B">
        <w:rPr>
          <w:lang w:val="es-MX"/>
        </w:rPr>
        <w:t>IA para identificar refacciones por foto (primer modelo básico).</w:t>
      </w:r>
    </w:p>
    <w:p w14:paraId="0B73B417" w14:textId="77777777" w:rsidR="00A1400F" w:rsidRPr="0046075B" w:rsidRDefault="00000000">
      <w:pPr>
        <w:pStyle w:val="Listaconvietas"/>
        <w:rPr>
          <w:lang w:val="es-MX"/>
        </w:rPr>
      </w:pPr>
      <w:r w:rsidRPr="0046075B">
        <w:rPr>
          <w:lang w:val="es-MX"/>
        </w:rPr>
        <w:t>Algoritmo de coincidencia entre pieza y maquinaria.</w:t>
      </w:r>
    </w:p>
    <w:p w14:paraId="70D08FF9" w14:textId="77777777" w:rsidR="00A1400F" w:rsidRPr="0046075B" w:rsidRDefault="00000000">
      <w:pPr>
        <w:pStyle w:val="Listaconvietas"/>
        <w:rPr>
          <w:lang w:val="es-MX"/>
        </w:rPr>
      </w:pPr>
      <w:r w:rsidRPr="0046075B">
        <w:rPr>
          <w:lang w:val="es-MX"/>
        </w:rPr>
        <w:t>Panel predictivo (qué se vende más por región).</w:t>
      </w:r>
    </w:p>
    <w:p w14:paraId="0C303773" w14:textId="77777777" w:rsidR="00A1400F" w:rsidRPr="0046075B" w:rsidRDefault="00000000">
      <w:pPr>
        <w:pStyle w:val="Listaconvietas"/>
        <w:rPr>
          <w:lang w:val="es-MX"/>
        </w:rPr>
      </w:pPr>
      <w:r w:rsidRPr="0046075B">
        <w:rPr>
          <w:lang w:val="es-MX"/>
        </w:rPr>
        <w:t xml:space="preserve">Sistema de verificación profesional de maquinaria (documentos, fotos, </w:t>
      </w:r>
      <w:proofErr w:type="spellStart"/>
      <w:r w:rsidRPr="0046075B">
        <w:rPr>
          <w:lang w:val="es-MX"/>
        </w:rPr>
        <w:t>checklists</w:t>
      </w:r>
      <w:proofErr w:type="spellEnd"/>
      <w:r w:rsidRPr="0046075B">
        <w:rPr>
          <w:lang w:val="es-MX"/>
        </w:rPr>
        <w:t>, estatus “Verificado AGRO5”).</w:t>
      </w:r>
    </w:p>
    <w:p w14:paraId="30CBF126" w14:textId="77777777" w:rsidR="00A1400F" w:rsidRPr="0046075B" w:rsidRDefault="00000000">
      <w:pPr>
        <w:pStyle w:val="Ttulo3"/>
        <w:rPr>
          <w:lang w:val="es-MX"/>
        </w:rPr>
      </w:pPr>
      <w:r w:rsidRPr="0046075B">
        <w:rPr>
          <w:lang w:val="es-MX"/>
        </w:rPr>
        <w:t>Modelos de negocio que nacen en Etapa 3</w:t>
      </w:r>
    </w:p>
    <w:p w14:paraId="1AEF0564" w14:textId="77777777" w:rsidR="00A1400F" w:rsidRPr="0046075B" w:rsidRDefault="00000000">
      <w:pPr>
        <w:pStyle w:val="Listaconvietas"/>
        <w:rPr>
          <w:lang w:val="es-MX"/>
        </w:rPr>
      </w:pPr>
      <w:r w:rsidRPr="0046075B">
        <w:rPr>
          <w:lang w:val="es-MX"/>
        </w:rPr>
        <w:t xml:space="preserve">Verificación Premium (técnico presencial y </w:t>
      </w:r>
      <w:proofErr w:type="spellStart"/>
      <w:r w:rsidRPr="0046075B">
        <w:rPr>
          <w:lang w:val="es-MX"/>
        </w:rPr>
        <w:t>checklist</w:t>
      </w:r>
      <w:proofErr w:type="spellEnd"/>
      <w:r w:rsidRPr="0046075B">
        <w:rPr>
          <w:lang w:val="es-MX"/>
        </w:rPr>
        <w:t xml:space="preserve"> completo).</w:t>
      </w:r>
    </w:p>
    <w:p w14:paraId="5EAE84D9" w14:textId="77777777" w:rsidR="00A1400F" w:rsidRPr="0046075B" w:rsidRDefault="00000000">
      <w:pPr>
        <w:pStyle w:val="Listaconvietas"/>
        <w:rPr>
          <w:lang w:val="es-MX"/>
        </w:rPr>
      </w:pPr>
      <w:r w:rsidRPr="0046075B">
        <w:rPr>
          <w:lang w:val="es-MX"/>
        </w:rPr>
        <w:t>Certificación de maquinaria y estimaciones de precio.</w:t>
      </w:r>
    </w:p>
    <w:p w14:paraId="682B6986" w14:textId="77777777" w:rsidR="00A1400F" w:rsidRPr="0046075B" w:rsidRDefault="00000000">
      <w:pPr>
        <w:pStyle w:val="Listaconvietas"/>
        <w:rPr>
          <w:lang w:val="es-MX"/>
        </w:rPr>
      </w:pPr>
      <w:r w:rsidRPr="0046075B">
        <w:rPr>
          <w:lang w:val="es-MX"/>
        </w:rPr>
        <w:t>IA como servicio para proveedores (clasificación e inventarios).</w:t>
      </w:r>
    </w:p>
    <w:p w14:paraId="647C1AB6" w14:textId="77777777" w:rsidR="00A1400F" w:rsidRPr="0046075B" w:rsidRDefault="00000000">
      <w:pPr>
        <w:pStyle w:val="Listaconvietas"/>
        <w:rPr>
          <w:lang w:val="es-MX"/>
        </w:rPr>
      </w:pPr>
      <w:r w:rsidRPr="0046075B">
        <w:rPr>
          <w:lang w:val="es-MX"/>
        </w:rPr>
        <w:t xml:space="preserve">Publicidad </w:t>
      </w:r>
      <w:proofErr w:type="spellStart"/>
      <w:r w:rsidRPr="0046075B">
        <w:rPr>
          <w:lang w:val="es-MX"/>
        </w:rPr>
        <w:t>hiper-segmentada</w:t>
      </w:r>
      <w:proofErr w:type="spellEnd"/>
      <w:r w:rsidRPr="0046075B">
        <w:rPr>
          <w:lang w:val="es-MX"/>
        </w:rPr>
        <w:t xml:space="preserve"> basada en datos predictivos.</w:t>
      </w:r>
    </w:p>
    <w:p w14:paraId="08199A94" w14:textId="77777777" w:rsidR="00A1400F" w:rsidRDefault="00000000">
      <w:pPr>
        <w:pStyle w:val="Ttulo3"/>
      </w:pPr>
      <w:proofErr w:type="spellStart"/>
      <w:r>
        <w:t>Resultado</w:t>
      </w:r>
      <w:proofErr w:type="spellEnd"/>
      <w:r>
        <w:t xml:space="preserve"> </w:t>
      </w:r>
      <w:proofErr w:type="spellStart"/>
      <w:r>
        <w:t>esperado</w:t>
      </w:r>
      <w:proofErr w:type="spellEnd"/>
      <w:r>
        <w:t xml:space="preserve"> de Etapa 3</w:t>
      </w:r>
    </w:p>
    <w:p w14:paraId="594BC6CD" w14:textId="77777777" w:rsidR="00A1400F" w:rsidRPr="0046075B" w:rsidRDefault="00000000">
      <w:pPr>
        <w:pStyle w:val="Listaconvietas"/>
        <w:rPr>
          <w:lang w:val="es-MX"/>
        </w:rPr>
      </w:pPr>
      <w:r w:rsidRPr="0046075B">
        <w:rPr>
          <w:lang w:val="es-MX"/>
        </w:rPr>
        <w:t>Diferenciación total en el mercado.</w:t>
      </w:r>
    </w:p>
    <w:p w14:paraId="4B1698AA" w14:textId="77777777" w:rsidR="00A1400F" w:rsidRPr="0046075B" w:rsidRDefault="00000000">
      <w:pPr>
        <w:pStyle w:val="Listaconvietas"/>
        <w:rPr>
          <w:lang w:val="es-MX"/>
        </w:rPr>
      </w:pPr>
      <w:r w:rsidRPr="0046075B">
        <w:rPr>
          <w:lang w:val="es-MX"/>
        </w:rPr>
        <w:t>Servicio único a nivel regional.</w:t>
      </w:r>
    </w:p>
    <w:p w14:paraId="3CEB84B4" w14:textId="77777777" w:rsidR="00A1400F" w:rsidRDefault="00000000">
      <w:pPr>
        <w:pStyle w:val="Listaconvietas"/>
      </w:pPr>
      <w:r>
        <w:t xml:space="preserve">Mayor </w:t>
      </w:r>
      <w:proofErr w:type="spellStart"/>
      <w:r>
        <w:t>confianza</w:t>
      </w:r>
      <w:proofErr w:type="spellEnd"/>
      <w:r>
        <w:t xml:space="preserve"> del </w:t>
      </w:r>
      <w:proofErr w:type="spellStart"/>
      <w:r>
        <w:t>usuario</w:t>
      </w:r>
      <w:proofErr w:type="spellEnd"/>
      <w:r>
        <w:t>.</w:t>
      </w:r>
    </w:p>
    <w:p w14:paraId="324ECA27" w14:textId="77777777" w:rsidR="00A1400F" w:rsidRPr="0046075B" w:rsidRDefault="00000000">
      <w:pPr>
        <w:pStyle w:val="Ttulo2"/>
        <w:rPr>
          <w:lang w:val="es-MX"/>
        </w:rPr>
      </w:pPr>
      <w:r w:rsidRPr="0046075B">
        <w:rPr>
          <w:lang w:val="es-MX"/>
        </w:rPr>
        <w:t>ETAPA 4 – Ecosistema Completo (Marketplace 100% Integrado)</w:t>
      </w:r>
    </w:p>
    <w:p w14:paraId="13AE0F11" w14:textId="77777777" w:rsidR="00A1400F" w:rsidRPr="0046075B" w:rsidRDefault="00000000">
      <w:pPr>
        <w:rPr>
          <w:lang w:val="es-MX"/>
        </w:rPr>
      </w:pPr>
      <w:r w:rsidRPr="0046075B">
        <w:rPr>
          <w:lang w:val="es-MX"/>
        </w:rPr>
        <w:t>Objetivo: Convertirse en el mayor ecosistema agro-digital del país.</w:t>
      </w:r>
    </w:p>
    <w:p w14:paraId="1784AAF0" w14:textId="77777777" w:rsidR="00A1400F" w:rsidRDefault="00000000">
      <w:pPr>
        <w:pStyle w:val="Ttulo3"/>
      </w:pPr>
      <w:proofErr w:type="spellStart"/>
      <w:r>
        <w:t>Funcionalidades</w:t>
      </w:r>
      <w:proofErr w:type="spellEnd"/>
      <w:r>
        <w:t xml:space="preserve"> </w:t>
      </w:r>
      <w:proofErr w:type="spellStart"/>
      <w:r>
        <w:t>grandes</w:t>
      </w:r>
      <w:proofErr w:type="spellEnd"/>
    </w:p>
    <w:p w14:paraId="579E6FA9" w14:textId="77777777" w:rsidR="00A1400F" w:rsidRPr="0046075B" w:rsidRDefault="00000000">
      <w:pPr>
        <w:pStyle w:val="Listaconvietas"/>
        <w:rPr>
          <w:lang w:val="es-MX"/>
        </w:rPr>
      </w:pPr>
      <w:r w:rsidRPr="0046075B">
        <w:rPr>
          <w:lang w:val="es-MX"/>
        </w:rPr>
        <w:t>App móvil para vendedores y compradores.</w:t>
      </w:r>
    </w:p>
    <w:p w14:paraId="742E8241" w14:textId="77777777" w:rsidR="00A1400F" w:rsidRDefault="00000000">
      <w:pPr>
        <w:pStyle w:val="Listaconvietas"/>
      </w:pPr>
      <w:r>
        <w:t xml:space="preserve">Score de </w:t>
      </w:r>
      <w:proofErr w:type="spellStart"/>
      <w:r>
        <w:t>vendedores</w:t>
      </w:r>
      <w:proofErr w:type="spellEnd"/>
      <w:r>
        <w:t>.</w:t>
      </w:r>
    </w:p>
    <w:p w14:paraId="3747EBFA" w14:textId="77777777" w:rsidR="00A1400F" w:rsidRPr="0046075B" w:rsidRDefault="00000000">
      <w:pPr>
        <w:pStyle w:val="Listaconvietas"/>
        <w:rPr>
          <w:lang w:val="es-MX"/>
        </w:rPr>
      </w:pPr>
      <w:r w:rsidRPr="0046075B">
        <w:rPr>
          <w:lang w:val="es-MX"/>
        </w:rPr>
        <w:t>Integración con financiamiento para maquinaria.</w:t>
      </w:r>
    </w:p>
    <w:p w14:paraId="5D34B31B" w14:textId="77777777" w:rsidR="00A1400F" w:rsidRDefault="00000000">
      <w:pPr>
        <w:pStyle w:val="Listaconvietas"/>
      </w:pPr>
      <w:r>
        <w:t>Marketplace “one-click purchase” con logística incluida.</w:t>
      </w:r>
    </w:p>
    <w:p w14:paraId="49C7F21E" w14:textId="77777777" w:rsidR="00A1400F" w:rsidRPr="0046075B" w:rsidRDefault="00000000">
      <w:pPr>
        <w:pStyle w:val="Listaconvietas"/>
        <w:rPr>
          <w:lang w:val="es-MX"/>
        </w:rPr>
      </w:pPr>
      <w:r w:rsidRPr="0046075B">
        <w:rPr>
          <w:lang w:val="es-MX"/>
        </w:rPr>
        <w:t>Suscripciones para productores (no solo proveedores).</w:t>
      </w:r>
    </w:p>
    <w:p w14:paraId="16A0448A" w14:textId="77777777" w:rsidR="00A1400F" w:rsidRPr="0046075B" w:rsidRDefault="00000000">
      <w:pPr>
        <w:pStyle w:val="Listaconvietas"/>
        <w:rPr>
          <w:lang w:val="es-MX"/>
        </w:rPr>
      </w:pPr>
      <w:r w:rsidRPr="0046075B">
        <w:rPr>
          <w:lang w:val="es-MX"/>
        </w:rPr>
        <w:t>Integración con sensores/</w:t>
      </w:r>
      <w:proofErr w:type="spellStart"/>
      <w:r w:rsidRPr="0046075B">
        <w:rPr>
          <w:lang w:val="es-MX"/>
        </w:rPr>
        <w:t>IoT</w:t>
      </w:r>
      <w:proofErr w:type="spellEnd"/>
      <w:r w:rsidRPr="0046075B">
        <w:rPr>
          <w:lang w:val="es-MX"/>
        </w:rPr>
        <w:t xml:space="preserve"> (riego, clima, humedad).</w:t>
      </w:r>
    </w:p>
    <w:p w14:paraId="1D721B3B" w14:textId="77777777" w:rsidR="00A1400F" w:rsidRDefault="00000000">
      <w:pPr>
        <w:pStyle w:val="Ttulo3"/>
      </w:pPr>
      <w:proofErr w:type="spellStart"/>
      <w:r>
        <w:t>Modelos</w:t>
      </w:r>
      <w:proofErr w:type="spellEnd"/>
      <w:r>
        <w:t xml:space="preserve"> de </w:t>
      </w:r>
      <w:proofErr w:type="spellStart"/>
      <w:r>
        <w:t>negocio</w:t>
      </w:r>
      <w:proofErr w:type="spellEnd"/>
      <w:r>
        <w:t xml:space="preserve"> finales</w:t>
      </w:r>
    </w:p>
    <w:p w14:paraId="3D8B69A5" w14:textId="77777777" w:rsidR="00A1400F" w:rsidRPr="0046075B" w:rsidRDefault="00000000">
      <w:pPr>
        <w:pStyle w:val="Listaconvietas"/>
        <w:rPr>
          <w:lang w:val="es-MX"/>
        </w:rPr>
      </w:pPr>
      <w:r w:rsidRPr="0046075B">
        <w:rPr>
          <w:lang w:val="es-MX"/>
        </w:rPr>
        <w:t>Financiamiento (comisión por créditos aprobados).</w:t>
      </w:r>
    </w:p>
    <w:p w14:paraId="2860B629" w14:textId="77777777" w:rsidR="00A1400F" w:rsidRPr="0046075B" w:rsidRDefault="00000000">
      <w:pPr>
        <w:pStyle w:val="Listaconvietas"/>
        <w:rPr>
          <w:lang w:val="es-MX"/>
        </w:rPr>
      </w:pPr>
      <w:r w:rsidRPr="0046075B">
        <w:rPr>
          <w:lang w:val="es-MX"/>
        </w:rPr>
        <w:t xml:space="preserve">Marketplace automatizado (cobro por transacción, </w:t>
      </w:r>
      <w:proofErr w:type="spellStart"/>
      <w:r w:rsidRPr="0046075B">
        <w:rPr>
          <w:lang w:val="es-MX"/>
        </w:rPr>
        <w:t>fulfillment</w:t>
      </w:r>
      <w:proofErr w:type="spellEnd"/>
      <w:r w:rsidRPr="0046075B">
        <w:rPr>
          <w:lang w:val="es-MX"/>
        </w:rPr>
        <w:t>, almacenamiento).</w:t>
      </w:r>
    </w:p>
    <w:p w14:paraId="213906DB" w14:textId="77777777" w:rsidR="00A1400F" w:rsidRPr="0046075B" w:rsidRDefault="00000000">
      <w:pPr>
        <w:pStyle w:val="Listaconvietas"/>
        <w:rPr>
          <w:lang w:val="es-MX"/>
        </w:rPr>
      </w:pPr>
      <w:r w:rsidRPr="0046075B">
        <w:rPr>
          <w:lang w:val="es-MX"/>
        </w:rPr>
        <w:t>Datos y analítica para grandes empresas (tendencias y predicción de demanda).</w:t>
      </w:r>
    </w:p>
    <w:p w14:paraId="23C8CFBC" w14:textId="77777777" w:rsidR="00A1400F" w:rsidRDefault="00000000">
      <w:pPr>
        <w:pStyle w:val="Ttulo3"/>
      </w:pPr>
      <w:proofErr w:type="spellStart"/>
      <w:r>
        <w:t>Resultado</w:t>
      </w:r>
      <w:proofErr w:type="spellEnd"/>
      <w:r>
        <w:t xml:space="preserve"> </w:t>
      </w:r>
      <w:proofErr w:type="spellStart"/>
      <w:r>
        <w:t>esperado</w:t>
      </w:r>
      <w:proofErr w:type="spellEnd"/>
      <w:r>
        <w:t xml:space="preserve"> de Etapa 4</w:t>
      </w:r>
    </w:p>
    <w:p w14:paraId="69D62068" w14:textId="77777777" w:rsidR="00A1400F" w:rsidRPr="0046075B" w:rsidRDefault="00000000">
      <w:pPr>
        <w:pStyle w:val="Listaconvietas"/>
        <w:rPr>
          <w:lang w:val="es-MX"/>
        </w:rPr>
      </w:pPr>
      <w:r w:rsidRPr="0046075B">
        <w:rPr>
          <w:lang w:val="es-MX"/>
        </w:rPr>
        <w:t>AGRO5 se vuelve un ecosistema completo.</w:t>
      </w:r>
    </w:p>
    <w:p w14:paraId="56A63010" w14:textId="77777777" w:rsidR="00A1400F" w:rsidRDefault="00000000">
      <w:pPr>
        <w:pStyle w:val="Listaconvietas"/>
      </w:pPr>
      <w:proofErr w:type="spellStart"/>
      <w:r>
        <w:t>Ingreso</w:t>
      </w:r>
      <w:proofErr w:type="spellEnd"/>
      <w:r>
        <w:t xml:space="preserve"> </w:t>
      </w:r>
      <w:proofErr w:type="spellStart"/>
      <w:r>
        <w:t>escalable</w:t>
      </w:r>
      <w:proofErr w:type="spellEnd"/>
      <w:r>
        <w:t xml:space="preserve"> y </w:t>
      </w:r>
      <w:proofErr w:type="spellStart"/>
      <w:r>
        <w:t>masivo</w:t>
      </w:r>
      <w:proofErr w:type="spellEnd"/>
      <w:r>
        <w:t>.</w:t>
      </w:r>
    </w:p>
    <w:p w14:paraId="408EC070" w14:textId="77777777" w:rsidR="00A1400F" w:rsidRDefault="00000000">
      <w:pPr>
        <w:pStyle w:val="Listaconvietas"/>
      </w:pPr>
      <w:r>
        <w:t>Atractivo para inversionistas grandes.</w:t>
      </w:r>
    </w:p>
    <w:p w14:paraId="3F794E5F" w14:textId="77777777" w:rsidR="00A1400F" w:rsidRPr="0046075B" w:rsidRDefault="00000000">
      <w:pPr>
        <w:pStyle w:val="Ttulo2"/>
        <w:rPr>
          <w:lang w:val="es-MX"/>
        </w:rPr>
      </w:pPr>
      <w:r w:rsidRPr="0046075B">
        <w:rPr>
          <w:lang w:val="es-MX"/>
        </w:rPr>
        <w:t>Nivel de complejidad técnica por etapa</w:t>
      </w:r>
    </w:p>
    <w:p w14:paraId="2BC06981" w14:textId="77777777" w:rsidR="00A1400F" w:rsidRPr="0046075B" w:rsidRDefault="00000000">
      <w:pPr>
        <w:pStyle w:val="Listaconvietas"/>
        <w:rPr>
          <w:lang w:val="es-MX"/>
        </w:rPr>
      </w:pPr>
      <w:r w:rsidRPr="0046075B">
        <w:rPr>
          <w:lang w:val="es-MX"/>
        </w:rPr>
        <w:t>Etapa 1: Baja a media (web, lógica simple, sin integraciones externas).</w:t>
      </w:r>
    </w:p>
    <w:p w14:paraId="0F9C4F49" w14:textId="77777777" w:rsidR="00A1400F" w:rsidRPr="0046075B" w:rsidRDefault="00000000">
      <w:pPr>
        <w:pStyle w:val="Listaconvietas"/>
        <w:rPr>
          <w:lang w:val="es-MX"/>
        </w:rPr>
      </w:pPr>
      <w:r w:rsidRPr="0046075B">
        <w:rPr>
          <w:lang w:val="es-MX"/>
        </w:rPr>
        <w:t>Etapa 2: Media (pagos, automatización, analítica, suscripciones).</w:t>
      </w:r>
    </w:p>
    <w:p w14:paraId="7A9A59B0" w14:textId="77777777" w:rsidR="00A1400F" w:rsidRPr="0046075B" w:rsidRDefault="00000000">
      <w:pPr>
        <w:pStyle w:val="Listaconvietas"/>
        <w:rPr>
          <w:lang w:val="es-MX"/>
        </w:rPr>
      </w:pPr>
      <w:r w:rsidRPr="0046075B">
        <w:rPr>
          <w:lang w:val="es-MX"/>
        </w:rPr>
        <w:t>Etapa 3: Alta (IA, verificación, análisis predictivo).</w:t>
      </w:r>
    </w:p>
    <w:p w14:paraId="0E6FC1A8" w14:textId="77777777" w:rsidR="00A1400F" w:rsidRPr="0046075B" w:rsidRDefault="00000000">
      <w:pPr>
        <w:pStyle w:val="Listaconvietas"/>
        <w:rPr>
          <w:lang w:val="es-MX"/>
        </w:rPr>
      </w:pPr>
      <w:r w:rsidRPr="0046075B">
        <w:rPr>
          <w:lang w:val="es-MX"/>
        </w:rPr>
        <w:t>Etapa 4: Muy alta (</w:t>
      </w:r>
      <w:proofErr w:type="spellStart"/>
      <w:r w:rsidRPr="0046075B">
        <w:rPr>
          <w:lang w:val="es-MX"/>
        </w:rPr>
        <w:t>fintech</w:t>
      </w:r>
      <w:proofErr w:type="spellEnd"/>
      <w:r w:rsidRPr="0046075B">
        <w:rPr>
          <w:lang w:val="es-MX"/>
        </w:rPr>
        <w:t xml:space="preserve">, logística integrada, </w:t>
      </w:r>
      <w:proofErr w:type="gramStart"/>
      <w:r w:rsidRPr="0046075B">
        <w:rPr>
          <w:lang w:val="es-MX"/>
        </w:rPr>
        <w:t>app</w:t>
      </w:r>
      <w:proofErr w:type="gramEnd"/>
      <w:r w:rsidRPr="0046075B">
        <w:rPr>
          <w:lang w:val="es-MX"/>
        </w:rPr>
        <w:t xml:space="preserve"> móvil, </w:t>
      </w:r>
      <w:proofErr w:type="spellStart"/>
      <w:r w:rsidRPr="0046075B">
        <w:rPr>
          <w:lang w:val="es-MX"/>
        </w:rPr>
        <w:t>IoT</w:t>
      </w:r>
      <w:proofErr w:type="spellEnd"/>
      <w:r w:rsidRPr="0046075B">
        <w:rPr>
          <w:lang w:val="es-MX"/>
        </w:rPr>
        <w:t xml:space="preserve"> y </w:t>
      </w:r>
      <w:proofErr w:type="spellStart"/>
      <w:r w:rsidRPr="0046075B">
        <w:rPr>
          <w:lang w:val="es-MX"/>
        </w:rPr>
        <w:t>big</w:t>
      </w:r>
      <w:proofErr w:type="spellEnd"/>
      <w:r w:rsidRPr="0046075B">
        <w:rPr>
          <w:lang w:val="es-MX"/>
        </w:rPr>
        <w:t xml:space="preserve"> data).</w:t>
      </w:r>
    </w:p>
    <w:p w14:paraId="7065024D" w14:textId="77777777" w:rsidR="00A1400F" w:rsidRDefault="00000000">
      <w:pPr>
        <w:pStyle w:val="Ttulo1"/>
      </w:pPr>
      <w:r>
        <w:lastRenderedPageBreak/>
        <w:t>8. RIESGOS IDENTIFICADOS Y MITIGACIÓN</w:t>
      </w:r>
    </w:p>
    <w:p w14:paraId="6E162D9E" w14:textId="77777777" w:rsidR="00A1400F" w:rsidRPr="0046075B" w:rsidRDefault="00000000">
      <w:pPr>
        <w:pStyle w:val="Listaconvietas"/>
        <w:rPr>
          <w:lang w:val="es-MX"/>
        </w:rPr>
      </w:pPr>
      <w:r w:rsidRPr="0046075B">
        <w:rPr>
          <w:lang w:val="es-MX"/>
        </w:rPr>
        <w:t>Baja adopción inicial → enfoque regional piloto y alianzas locales.</w:t>
      </w:r>
    </w:p>
    <w:p w14:paraId="63E10B18" w14:textId="77777777" w:rsidR="00A1400F" w:rsidRPr="0046075B" w:rsidRDefault="00000000">
      <w:pPr>
        <w:pStyle w:val="Listaconvietas"/>
        <w:rPr>
          <w:lang w:val="es-MX"/>
        </w:rPr>
      </w:pPr>
      <w:r w:rsidRPr="0046075B">
        <w:rPr>
          <w:lang w:val="es-MX"/>
        </w:rPr>
        <w:t>Publicaciones de baja calidad → IA de texto + revisión manual en categorías sensibles.</w:t>
      </w:r>
    </w:p>
    <w:p w14:paraId="4B738BEF" w14:textId="77777777" w:rsidR="00A1400F" w:rsidRPr="0046075B" w:rsidRDefault="00000000">
      <w:pPr>
        <w:pStyle w:val="Listaconvietas"/>
        <w:rPr>
          <w:lang w:val="es-MX"/>
        </w:rPr>
      </w:pPr>
      <w:r w:rsidRPr="0046075B">
        <w:rPr>
          <w:lang w:val="es-MX"/>
        </w:rPr>
        <w:t>Sobrecarga de desarrollo → alcance de MVP acotado y priorización estricta.</w:t>
      </w:r>
    </w:p>
    <w:p w14:paraId="2ACC1F1A" w14:textId="77777777" w:rsidR="00A1400F" w:rsidRPr="0046075B" w:rsidRDefault="00000000">
      <w:pPr>
        <w:pStyle w:val="Listaconvietas"/>
        <w:rPr>
          <w:lang w:val="es-MX"/>
        </w:rPr>
      </w:pPr>
      <w:r w:rsidRPr="0046075B">
        <w:rPr>
          <w:lang w:val="es-MX"/>
        </w:rPr>
        <w:t>Conflictos entre usuarios → reglas claras, reportes y operación centralizada en Etapa 1.</w:t>
      </w:r>
    </w:p>
    <w:p w14:paraId="73D1E2A9" w14:textId="77777777" w:rsidR="00A1400F" w:rsidRPr="0046075B" w:rsidRDefault="00000000">
      <w:pPr>
        <w:pStyle w:val="Ttulo1"/>
        <w:rPr>
          <w:lang w:val="es-MX"/>
        </w:rPr>
      </w:pPr>
      <w:r w:rsidRPr="0046075B">
        <w:rPr>
          <w:lang w:val="es-MX"/>
        </w:rPr>
        <w:t>9. CONSTITUCIÓN LEGAL Y ESTRUCTURA SOCIETARIA</w:t>
      </w:r>
    </w:p>
    <w:p w14:paraId="55F172C4" w14:textId="77777777" w:rsidR="00A1400F" w:rsidRPr="0046075B" w:rsidRDefault="00000000">
      <w:pPr>
        <w:rPr>
          <w:lang w:val="es-MX"/>
        </w:rPr>
      </w:pPr>
      <w:r w:rsidRPr="0046075B">
        <w:rPr>
          <w:lang w:val="es-MX"/>
        </w:rPr>
        <w:t>AGRO5 se constituirá bajo la figura jurídica de Sociedad Anónima Promotora de Inversión de Capital Variable (S.A.P.I. de C.V.), al ser el vehículo legal más adecuado para empresas de base tecnológica con enfoque en innovación, escalabilidad y atracción de inversión.</w:t>
      </w:r>
    </w:p>
    <w:p w14:paraId="2ACCAF55" w14:textId="77777777" w:rsidR="00A1400F" w:rsidRDefault="00000000">
      <w:proofErr w:type="spellStart"/>
      <w:r>
        <w:t>Estructura</w:t>
      </w:r>
      <w:proofErr w:type="spellEnd"/>
      <w:r>
        <w:t xml:space="preserve"> </w:t>
      </w:r>
      <w:proofErr w:type="spellStart"/>
      <w:r>
        <w:t>accionaria</w:t>
      </w:r>
      <w:proofErr w:type="spellEnd"/>
      <w:r>
        <w:t xml:space="preserve"> </w:t>
      </w:r>
      <w:proofErr w:type="spellStart"/>
      <w:r>
        <w:t>inicial</w:t>
      </w:r>
      <w:proofErr w:type="spellEnd"/>
      <w:r>
        <w:t>:</w:t>
      </w:r>
    </w:p>
    <w:p w14:paraId="096F1976" w14:textId="77777777" w:rsidR="00A1400F" w:rsidRPr="0046075B" w:rsidRDefault="00000000">
      <w:pPr>
        <w:pStyle w:val="Listaconvietas"/>
        <w:rPr>
          <w:lang w:val="es-MX"/>
        </w:rPr>
      </w:pPr>
      <w:r w:rsidRPr="0046075B">
        <w:rPr>
          <w:lang w:val="es-MX"/>
        </w:rPr>
        <w:t xml:space="preserve">Socio Fundador – </w:t>
      </w:r>
      <w:proofErr w:type="gramStart"/>
      <w:r w:rsidRPr="0046075B">
        <w:rPr>
          <w:lang w:val="es-MX"/>
        </w:rPr>
        <w:t>Director General</w:t>
      </w:r>
      <w:proofErr w:type="gramEnd"/>
      <w:r w:rsidRPr="0046075B">
        <w:rPr>
          <w:lang w:val="es-MX"/>
        </w:rPr>
        <w:t xml:space="preserve"> (CEO): 51%</w:t>
      </w:r>
    </w:p>
    <w:p w14:paraId="06308595" w14:textId="77777777" w:rsidR="00A1400F" w:rsidRPr="0046075B" w:rsidRDefault="00000000">
      <w:pPr>
        <w:pStyle w:val="Listaconvietas"/>
        <w:rPr>
          <w:lang w:val="es-MX"/>
        </w:rPr>
      </w:pPr>
      <w:r w:rsidRPr="0046075B">
        <w:rPr>
          <w:lang w:val="es-MX"/>
        </w:rPr>
        <w:t xml:space="preserve">Socio Tecnológico – </w:t>
      </w:r>
      <w:proofErr w:type="gramStart"/>
      <w:r w:rsidRPr="0046075B">
        <w:rPr>
          <w:lang w:val="es-MX"/>
        </w:rPr>
        <w:t>Director</w:t>
      </w:r>
      <w:proofErr w:type="gramEnd"/>
      <w:r w:rsidRPr="0046075B">
        <w:rPr>
          <w:lang w:val="es-MX"/>
        </w:rPr>
        <w:t xml:space="preserve"> de Tecnología (CTO): 49%</w:t>
      </w:r>
    </w:p>
    <w:p w14:paraId="0E816412" w14:textId="77777777" w:rsidR="00A1400F" w:rsidRPr="0046075B" w:rsidRDefault="00000000">
      <w:pPr>
        <w:pStyle w:val="Ttulo2"/>
        <w:rPr>
          <w:lang w:val="es-MX"/>
        </w:rPr>
      </w:pPr>
      <w:r w:rsidRPr="0046075B">
        <w:rPr>
          <w:lang w:val="es-MX"/>
        </w:rPr>
        <w:t>Roles y Responsabilidades</w:t>
      </w:r>
    </w:p>
    <w:p w14:paraId="14E8D032" w14:textId="77777777" w:rsidR="00A1400F" w:rsidRPr="0046075B" w:rsidRDefault="00000000">
      <w:pPr>
        <w:rPr>
          <w:lang w:val="es-MX"/>
        </w:rPr>
      </w:pPr>
      <w:r w:rsidRPr="0046075B">
        <w:rPr>
          <w:lang w:val="es-MX"/>
        </w:rPr>
        <w:t xml:space="preserve">Socio Fundador – </w:t>
      </w:r>
      <w:proofErr w:type="gramStart"/>
      <w:r w:rsidRPr="0046075B">
        <w:rPr>
          <w:lang w:val="es-MX"/>
        </w:rPr>
        <w:t>Director General</w:t>
      </w:r>
      <w:proofErr w:type="gramEnd"/>
      <w:r w:rsidRPr="0046075B">
        <w:rPr>
          <w:lang w:val="es-MX"/>
        </w:rPr>
        <w:t xml:space="preserve"> (CEO): responsable de visión estratégica, modelo de negocio, desarrollo comercial, alianzas, gestión financiera, relación con inversionistas y representación legal.</w:t>
      </w:r>
    </w:p>
    <w:p w14:paraId="4287D6D8" w14:textId="77777777" w:rsidR="00A1400F" w:rsidRPr="0046075B" w:rsidRDefault="00000000">
      <w:pPr>
        <w:rPr>
          <w:lang w:val="es-MX"/>
        </w:rPr>
      </w:pPr>
      <w:r w:rsidRPr="0046075B">
        <w:rPr>
          <w:lang w:val="es-MX"/>
        </w:rPr>
        <w:t xml:space="preserve">Socio Tecnológico – </w:t>
      </w:r>
      <w:proofErr w:type="gramStart"/>
      <w:r w:rsidRPr="0046075B">
        <w:rPr>
          <w:lang w:val="es-MX"/>
        </w:rPr>
        <w:t>Director</w:t>
      </w:r>
      <w:proofErr w:type="gramEnd"/>
      <w:r w:rsidRPr="0046075B">
        <w:rPr>
          <w:lang w:val="es-MX"/>
        </w:rPr>
        <w:t xml:space="preserve"> de Tecnología (CTO): responsable de arquitectura, desarrollo, mantenimiento, seguridad, escalabilidad e integración de soluciones digitales.</w:t>
      </w:r>
    </w:p>
    <w:p w14:paraId="7049FDA6" w14:textId="77777777" w:rsidR="00A1400F" w:rsidRPr="0046075B" w:rsidRDefault="00000000">
      <w:pPr>
        <w:pStyle w:val="Ttulo2"/>
        <w:rPr>
          <w:lang w:val="es-MX"/>
        </w:rPr>
      </w:pPr>
      <w:r w:rsidRPr="0046075B">
        <w:rPr>
          <w:lang w:val="es-MX"/>
        </w:rPr>
        <w:t>Principios del acuerdo entre socios fundadores</w:t>
      </w:r>
    </w:p>
    <w:p w14:paraId="6194B9B2" w14:textId="77777777" w:rsidR="00A1400F" w:rsidRPr="0046075B" w:rsidRDefault="00000000">
      <w:pPr>
        <w:pStyle w:val="Listaconvietas"/>
        <w:rPr>
          <w:lang w:val="es-MX"/>
        </w:rPr>
      </w:pPr>
      <w:r w:rsidRPr="0046075B">
        <w:rPr>
          <w:lang w:val="es-MX"/>
        </w:rPr>
        <w:t xml:space="preserve">La participación accionaria estará sujeta a permanencia y </w:t>
      </w:r>
      <w:proofErr w:type="gramStart"/>
      <w:r w:rsidRPr="0046075B">
        <w:rPr>
          <w:lang w:val="es-MX"/>
        </w:rPr>
        <w:t>participación activa</w:t>
      </w:r>
      <w:proofErr w:type="gramEnd"/>
      <w:r w:rsidRPr="0046075B">
        <w:rPr>
          <w:lang w:val="es-MX"/>
        </w:rPr>
        <w:t xml:space="preserve"> en el proyecto.</w:t>
      </w:r>
    </w:p>
    <w:p w14:paraId="21A4CD30" w14:textId="77777777" w:rsidR="00A1400F" w:rsidRPr="0046075B" w:rsidRDefault="00000000">
      <w:pPr>
        <w:pStyle w:val="Listaconvietas"/>
        <w:rPr>
          <w:lang w:val="es-MX"/>
        </w:rPr>
      </w:pPr>
      <w:r w:rsidRPr="0046075B">
        <w:rPr>
          <w:lang w:val="es-MX"/>
        </w:rPr>
        <w:t>El código, desarrollos, bases de datos y activos digitales serán propiedad exclusiva de AGRO5.</w:t>
      </w:r>
    </w:p>
    <w:p w14:paraId="4A607704" w14:textId="77777777" w:rsidR="00A1400F" w:rsidRDefault="00000000">
      <w:pPr>
        <w:pStyle w:val="Listaconvietas"/>
      </w:pPr>
      <w:r w:rsidRPr="0046075B">
        <w:rPr>
          <w:lang w:val="es-MX"/>
        </w:rPr>
        <w:t xml:space="preserve">Decisiones estratégicas del negocio: CEO. </w:t>
      </w:r>
      <w:proofErr w:type="spellStart"/>
      <w:r>
        <w:t>Decisiones</w:t>
      </w:r>
      <w:proofErr w:type="spellEnd"/>
      <w:r>
        <w:t xml:space="preserve"> </w:t>
      </w:r>
      <w:proofErr w:type="spellStart"/>
      <w:r>
        <w:t>técnicas</w:t>
      </w:r>
      <w:proofErr w:type="spellEnd"/>
      <w:r>
        <w:t>: CTO.</w:t>
      </w:r>
    </w:p>
    <w:p w14:paraId="71C2A05A" w14:textId="77777777" w:rsidR="00A1400F" w:rsidRPr="0046075B" w:rsidRDefault="00000000">
      <w:pPr>
        <w:pStyle w:val="Listaconvietas"/>
        <w:rPr>
          <w:lang w:val="es-MX"/>
        </w:rPr>
      </w:pPr>
      <w:r w:rsidRPr="0046075B">
        <w:rPr>
          <w:lang w:val="es-MX"/>
        </w:rPr>
        <w:t>Entrada de inversionistas, dilución o venta de participaciones requiere acuerdo entre socios.</w:t>
      </w:r>
    </w:p>
    <w:p w14:paraId="528E9CF9" w14:textId="77777777" w:rsidR="00A1400F" w:rsidRPr="0046075B" w:rsidRDefault="00000000">
      <w:pPr>
        <w:pStyle w:val="Listaconvietas"/>
        <w:rPr>
          <w:lang w:val="es-MX"/>
        </w:rPr>
      </w:pPr>
      <w:r w:rsidRPr="0046075B">
        <w:rPr>
          <w:lang w:val="es-MX"/>
        </w:rPr>
        <w:t>En caso de salida, se establecerán mecanismos previamente acordados para proteger la continuidad del proyecto.</w:t>
      </w:r>
    </w:p>
    <w:p w14:paraId="4428D519" w14:textId="77777777" w:rsidR="00A1400F" w:rsidRPr="0046075B" w:rsidRDefault="00000000">
      <w:pPr>
        <w:rPr>
          <w:lang w:val="es-MX"/>
        </w:rPr>
      </w:pPr>
      <w:r w:rsidRPr="0046075B">
        <w:rPr>
          <w:lang w:val="es-MX"/>
        </w:rPr>
        <w:t>Estos principios serán formalizados mediante estatutos y pactos entre socios.</w:t>
      </w:r>
    </w:p>
    <w:p w14:paraId="6D83F559" w14:textId="77777777" w:rsidR="00A1400F" w:rsidRPr="0046075B" w:rsidRDefault="00000000">
      <w:pPr>
        <w:pStyle w:val="Ttulo1"/>
        <w:rPr>
          <w:lang w:val="es-MX"/>
        </w:rPr>
      </w:pPr>
      <w:r w:rsidRPr="0046075B">
        <w:rPr>
          <w:lang w:val="es-MX"/>
        </w:rPr>
        <w:t>10. VISIÓN DE CRECIMIENTO</w:t>
      </w:r>
    </w:p>
    <w:p w14:paraId="7A684C4B" w14:textId="77777777" w:rsidR="00A1400F" w:rsidRPr="0046075B" w:rsidRDefault="00000000">
      <w:pPr>
        <w:rPr>
          <w:lang w:val="es-MX"/>
        </w:rPr>
      </w:pPr>
      <w:r w:rsidRPr="0046075B">
        <w:rPr>
          <w:lang w:val="es-MX"/>
        </w:rPr>
        <w:t>AGRO5 está diseñado para escalar de forma progresiva, validando cada etapa antes de avanzar. A mediano y largo plazo, busca consolidarse como referencia en el ecosistema agroindustrial, siendo atractivo para alianzas estratégicas, inversión institucional o expansión regional.</w:t>
      </w:r>
    </w:p>
    <w:p w14:paraId="0E43C7EB" w14:textId="77777777" w:rsidR="00A1400F" w:rsidRDefault="00000000">
      <w:pPr>
        <w:pStyle w:val="Ttulo1"/>
      </w:pPr>
      <w:r>
        <w:lastRenderedPageBreak/>
        <w:t>ANEXOS</w:t>
      </w:r>
    </w:p>
    <w:p w14:paraId="595940C9" w14:textId="77777777" w:rsidR="00A1400F" w:rsidRDefault="00000000">
      <w:pPr>
        <w:pStyle w:val="Listaconnmeros"/>
      </w:pPr>
      <w:r>
        <w:t>NDA revisado por despacho</w:t>
      </w:r>
    </w:p>
    <w:p w14:paraId="5017449F" w14:textId="77777777" w:rsidR="00A1400F" w:rsidRDefault="00000000">
      <w:pPr>
        <w:pStyle w:val="Listaconnmeros"/>
      </w:pPr>
      <w:r>
        <w:t>Logo</w:t>
      </w:r>
    </w:p>
    <w:sectPr w:rsidR="00A1400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228421227">
    <w:abstractNumId w:val="8"/>
  </w:num>
  <w:num w:numId="2" w16cid:durableId="397485776">
    <w:abstractNumId w:val="6"/>
  </w:num>
  <w:num w:numId="3" w16cid:durableId="627663153">
    <w:abstractNumId w:val="5"/>
  </w:num>
  <w:num w:numId="4" w16cid:durableId="1414626973">
    <w:abstractNumId w:val="4"/>
  </w:num>
  <w:num w:numId="5" w16cid:durableId="1153985236">
    <w:abstractNumId w:val="7"/>
  </w:num>
  <w:num w:numId="6" w16cid:durableId="747194192">
    <w:abstractNumId w:val="3"/>
  </w:num>
  <w:num w:numId="7" w16cid:durableId="1064763858">
    <w:abstractNumId w:val="2"/>
  </w:num>
  <w:num w:numId="8" w16cid:durableId="1498813016">
    <w:abstractNumId w:val="1"/>
  </w:num>
  <w:num w:numId="9" w16cid:durableId="1976138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6075B"/>
    <w:rsid w:val="007F7709"/>
    <w:rsid w:val="00A1400F"/>
    <w:rsid w:val="00AA1D8D"/>
    <w:rsid w:val="00B47730"/>
    <w:rsid w:val="00C46EAB"/>
    <w:rsid w:val="00CB0664"/>
    <w:rsid w:val="00FC693F"/>
    <w:rsid w:val="00FF24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4E533E"/>
  <w14:defaultImageDpi w14:val="300"/>
  <w15:docId w15:val="{D64274E1-6170-4789-B69B-6170B8208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1725</Words>
  <Characters>10976</Characters>
  <Application>Microsoft Office Word</Application>
  <DocSecurity>0</DocSecurity>
  <Lines>238</Lines>
  <Paragraphs>222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12479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MAQUINADOS ALBA</cp:lastModifiedBy>
  <cp:revision>2</cp:revision>
  <dcterms:created xsi:type="dcterms:W3CDTF">2026-01-28T03:50:00Z</dcterms:created>
  <dcterms:modified xsi:type="dcterms:W3CDTF">2026-01-28T03:50:00Z</dcterms:modified>
  <cp:category/>
</cp:coreProperties>
</file>